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8BA71" w14:textId="77777777" w:rsidR="000637A7" w:rsidRPr="00B835FB" w:rsidRDefault="00000000">
      <w:pPr>
        <w:pStyle w:val="Tytu"/>
        <w:jc w:val="center"/>
        <w:rPr>
          <w:color w:val="auto"/>
        </w:rPr>
      </w:pPr>
      <w:r w:rsidRPr="00B835FB">
        <w:rPr>
          <w:color w:val="auto"/>
        </w:rPr>
        <w:t>PROTOKÓŁ URUCHOMIENIA MAGAZYNU ENERGII</w:t>
      </w:r>
    </w:p>
    <w:p w14:paraId="4895386C" w14:textId="77777777" w:rsidR="000637A7" w:rsidRPr="00B835FB" w:rsidRDefault="00000000">
      <w:pPr>
        <w:jc w:val="center"/>
      </w:pPr>
      <w:r w:rsidRPr="00B835FB">
        <w:rPr>
          <w:b/>
        </w:rPr>
        <w:t>Część nr 12 – Publiczne Przedszkole w Brzostku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0637A7" w:rsidRPr="00B835FB" w14:paraId="1CE604C8" w14:textId="77777777">
        <w:tc>
          <w:tcPr>
            <w:tcW w:w="4320" w:type="dxa"/>
          </w:tcPr>
          <w:p w14:paraId="1FA269FE" w14:textId="77777777" w:rsidR="000637A7" w:rsidRPr="00B835FB" w:rsidRDefault="00000000">
            <w:r w:rsidRPr="00B835FB">
              <w:t>Pojemność</w:t>
            </w:r>
          </w:p>
        </w:tc>
        <w:tc>
          <w:tcPr>
            <w:tcW w:w="4320" w:type="dxa"/>
          </w:tcPr>
          <w:p w14:paraId="34C8F82F" w14:textId="77777777" w:rsidR="000637A7" w:rsidRPr="00B835FB" w:rsidRDefault="000637A7"/>
        </w:tc>
      </w:tr>
      <w:tr w:rsidR="000637A7" w:rsidRPr="00B835FB" w14:paraId="5B6CE176" w14:textId="77777777">
        <w:tc>
          <w:tcPr>
            <w:tcW w:w="4320" w:type="dxa"/>
          </w:tcPr>
          <w:p w14:paraId="3F52411A" w14:textId="77777777" w:rsidR="000637A7" w:rsidRPr="00B835FB" w:rsidRDefault="00000000">
            <w:r w:rsidRPr="00B835FB">
              <w:t>Technologia</w:t>
            </w:r>
          </w:p>
        </w:tc>
        <w:tc>
          <w:tcPr>
            <w:tcW w:w="4320" w:type="dxa"/>
          </w:tcPr>
          <w:p w14:paraId="5198511F" w14:textId="77777777" w:rsidR="000637A7" w:rsidRPr="00B835FB" w:rsidRDefault="000637A7"/>
        </w:tc>
      </w:tr>
      <w:tr w:rsidR="000637A7" w:rsidRPr="00B835FB" w14:paraId="34DBAB64" w14:textId="77777777">
        <w:tc>
          <w:tcPr>
            <w:tcW w:w="4320" w:type="dxa"/>
          </w:tcPr>
          <w:p w14:paraId="7B12457A" w14:textId="77777777" w:rsidR="000637A7" w:rsidRPr="00B835FB" w:rsidRDefault="00000000">
            <w:r w:rsidRPr="00B835FB">
              <w:t>BMS</w:t>
            </w:r>
          </w:p>
        </w:tc>
        <w:tc>
          <w:tcPr>
            <w:tcW w:w="4320" w:type="dxa"/>
          </w:tcPr>
          <w:p w14:paraId="070062D1" w14:textId="77777777" w:rsidR="000637A7" w:rsidRPr="00B835FB" w:rsidRDefault="000637A7"/>
        </w:tc>
      </w:tr>
      <w:tr w:rsidR="000637A7" w:rsidRPr="00B835FB" w14:paraId="3896F10E" w14:textId="77777777">
        <w:tc>
          <w:tcPr>
            <w:tcW w:w="4320" w:type="dxa"/>
          </w:tcPr>
          <w:p w14:paraId="6A4AEF65" w14:textId="77777777" w:rsidR="000637A7" w:rsidRPr="00B835FB" w:rsidRDefault="00000000">
            <w:r w:rsidRPr="00B835FB">
              <w:t>Komunikacja</w:t>
            </w:r>
          </w:p>
        </w:tc>
        <w:tc>
          <w:tcPr>
            <w:tcW w:w="4320" w:type="dxa"/>
          </w:tcPr>
          <w:p w14:paraId="57CEEE40" w14:textId="77777777" w:rsidR="000637A7" w:rsidRPr="00B835FB" w:rsidRDefault="000637A7"/>
        </w:tc>
      </w:tr>
      <w:tr w:rsidR="000637A7" w:rsidRPr="00B835FB" w14:paraId="18446205" w14:textId="77777777">
        <w:tc>
          <w:tcPr>
            <w:tcW w:w="4320" w:type="dxa"/>
          </w:tcPr>
          <w:p w14:paraId="11AA7DD5" w14:textId="77777777" w:rsidR="000637A7" w:rsidRPr="00B835FB" w:rsidRDefault="00000000">
            <w:r w:rsidRPr="00B835FB">
              <w:t>Wersja oprogramowania</w:t>
            </w:r>
          </w:p>
        </w:tc>
        <w:tc>
          <w:tcPr>
            <w:tcW w:w="4320" w:type="dxa"/>
          </w:tcPr>
          <w:p w14:paraId="54A9FC64" w14:textId="77777777" w:rsidR="000637A7" w:rsidRPr="00B835FB" w:rsidRDefault="000637A7"/>
        </w:tc>
      </w:tr>
    </w:tbl>
    <w:p w14:paraId="12711D8E" w14:textId="77777777" w:rsidR="000637A7" w:rsidRPr="00B835FB" w:rsidRDefault="00000000">
      <w:r w:rsidRPr="00B835FB">
        <w:t>☐ Komunikacja z falownikiem</w:t>
      </w:r>
    </w:p>
    <w:p w14:paraId="18878BDB" w14:textId="77777777" w:rsidR="000637A7" w:rsidRPr="00B835FB" w:rsidRDefault="00000000">
      <w:r w:rsidRPr="00B835FB">
        <w:t>☐ Ładowanie</w:t>
      </w:r>
    </w:p>
    <w:p w14:paraId="230D1E09" w14:textId="77777777" w:rsidR="000637A7" w:rsidRPr="00B835FB" w:rsidRDefault="00000000">
      <w:r w:rsidRPr="00B835FB">
        <w:t>☐ Rozładowanie</w:t>
      </w:r>
    </w:p>
    <w:p w14:paraId="49461211" w14:textId="77777777" w:rsidR="000637A7" w:rsidRPr="00B835FB" w:rsidRDefault="00000000">
      <w:r w:rsidRPr="00B835FB">
        <w:t>☐ Alarmy</w:t>
      </w:r>
    </w:p>
    <w:p w14:paraId="202FE501" w14:textId="77777777" w:rsidR="000637A7" w:rsidRPr="00B835FB" w:rsidRDefault="00000000">
      <w:r w:rsidRPr="00B835FB">
        <w:t>☐ Monitoring</w:t>
      </w:r>
    </w:p>
    <w:p w14:paraId="68710E22" w14:textId="541064B3" w:rsidR="000637A7" w:rsidRPr="00B835FB" w:rsidRDefault="00000000">
      <w:r w:rsidRPr="00B835FB">
        <w:br/>
      </w:r>
      <w:proofErr w:type="spellStart"/>
      <w:r w:rsidRPr="00B835FB">
        <w:t>Podpis</w:t>
      </w:r>
      <w:proofErr w:type="spellEnd"/>
      <w:r w:rsidRPr="00B835FB">
        <w:t xml:space="preserve"> </w:t>
      </w:r>
      <w:proofErr w:type="spellStart"/>
      <w:r w:rsidRPr="00B835FB">
        <w:t>Zamawiającego</w:t>
      </w:r>
      <w:proofErr w:type="spellEnd"/>
      <w:r w:rsidRPr="00B835FB">
        <w:t xml:space="preserve">: __________    </w:t>
      </w:r>
      <w:r w:rsidR="00B835FB">
        <w:tab/>
      </w:r>
      <w:r w:rsidR="00B835FB">
        <w:tab/>
      </w:r>
      <w:r w:rsidR="00B835FB">
        <w:tab/>
      </w:r>
      <w:proofErr w:type="spellStart"/>
      <w:r w:rsidRPr="00B835FB">
        <w:t>Podpis</w:t>
      </w:r>
      <w:proofErr w:type="spellEnd"/>
      <w:r w:rsidRPr="00B835FB">
        <w:t xml:space="preserve"> Wykonawcy: __________</w:t>
      </w:r>
    </w:p>
    <w:sectPr w:rsidR="000637A7" w:rsidRPr="00B835FB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5D924" w14:textId="77777777" w:rsidR="003D240D" w:rsidRDefault="003D240D">
      <w:pPr>
        <w:spacing w:after="0" w:line="240" w:lineRule="auto"/>
      </w:pPr>
      <w:r>
        <w:separator/>
      </w:r>
    </w:p>
  </w:endnote>
  <w:endnote w:type="continuationSeparator" w:id="0">
    <w:p w14:paraId="3390C8EF" w14:textId="77777777" w:rsidR="003D240D" w:rsidRDefault="003D2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1C9E4" w14:textId="77777777" w:rsidR="000637A7" w:rsidRDefault="000637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A1B52" w14:textId="77777777" w:rsidR="000637A7" w:rsidRDefault="000637A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F3676" w14:textId="77777777" w:rsidR="000637A7" w:rsidRDefault="000637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2E475" w14:textId="77777777" w:rsidR="003D240D" w:rsidRDefault="003D240D">
      <w:pPr>
        <w:spacing w:after="0" w:line="240" w:lineRule="auto"/>
      </w:pPr>
      <w:r>
        <w:separator/>
      </w:r>
    </w:p>
  </w:footnote>
  <w:footnote w:type="continuationSeparator" w:id="0">
    <w:p w14:paraId="7375EB47" w14:textId="77777777" w:rsidR="003D240D" w:rsidRDefault="003D2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41D3B" w14:textId="77777777" w:rsidR="000637A7" w:rsidRDefault="000637A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3D651" w14:textId="77777777" w:rsidR="000637A7" w:rsidRDefault="000637A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40CD8" w14:textId="77777777" w:rsidR="000637A7" w:rsidRDefault="000637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7491445">
    <w:abstractNumId w:val="8"/>
  </w:num>
  <w:num w:numId="2" w16cid:durableId="2056811356">
    <w:abstractNumId w:val="6"/>
  </w:num>
  <w:num w:numId="3" w16cid:durableId="2048988021">
    <w:abstractNumId w:val="5"/>
  </w:num>
  <w:num w:numId="4" w16cid:durableId="1493176109">
    <w:abstractNumId w:val="4"/>
  </w:num>
  <w:num w:numId="5" w16cid:durableId="1263102966">
    <w:abstractNumId w:val="7"/>
  </w:num>
  <w:num w:numId="6" w16cid:durableId="713429538">
    <w:abstractNumId w:val="3"/>
  </w:num>
  <w:num w:numId="7" w16cid:durableId="1623883591">
    <w:abstractNumId w:val="2"/>
  </w:num>
  <w:num w:numId="8" w16cid:durableId="844518638">
    <w:abstractNumId w:val="1"/>
  </w:num>
  <w:num w:numId="9" w16cid:durableId="1426458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37A7"/>
    <w:rsid w:val="0015074B"/>
    <w:rsid w:val="0029639D"/>
    <w:rsid w:val="00326F90"/>
    <w:rsid w:val="003D240D"/>
    <w:rsid w:val="009A2DBF"/>
    <w:rsid w:val="00AA1D8D"/>
    <w:rsid w:val="00B47730"/>
    <w:rsid w:val="00B835F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41E371"/>
  <w14:defaultImageDpi w14:val="300"/>
  <w15:docId w15:val="{5B8EC4D6-1C51-4D6E-98D2-AF650A4DD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Aleksander Styszko</cp:lastModifiedBy>
  <cp:revision>2</cp:revision>
  <dcterms:created xsi:type="dcterms:W3CDTF">2013-12-23T23:15:00Z</dcterms:created>
  <dcterms:modified xsi:type="dcterms:W3CDTF">2026-07-08T15:11:00Z</dcterms:modified>
  <cp:category/>
</cp:coreProperties>
</file>