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63D97" w14:textId="77777777" w:rsidR="003A7568" w:rsidRPr="00071401" w:rsidRDefault="00000000">
      <w:pPr>
        <w:jc w:val="center"/>
      </w:pPr>
      <w:r w:rsidRPr="00071401">
        <w:rPr>
          <w:b/>
          <w:sz w:val="34"/>
        </w:rPr>
        <w:t>PROTOKÓŁ WIZJI LOKALNEJ</w:t>
      </w:r>
    </w:p>
    <w:p w14:paraId="2C258B32" w14:textId="7564C5F0" w:rsidR="003A7568" w:rsidRPr="00071401" w:rsidRDefault="00000000">
      <w:pPr>
        <w:jc w:val="center"/>
      </w:pPr>
      <w:r w:rsidRPr="00071401">
        <w:rPr>
          <w:b/>
          <w:sz w:val="22"/>
        </w:rPr>
        <w:t xml:space="preserve">Publiczne </w:t>
      </w:r>
      <w:proofErr w:type="spellStart"/>
      <w:r w:rsidRPr="00071401">
        <w:rPr>
          <w:b/>
          <w:sz w:val="22"/>
        </w:rPr>
        <w:t>Przedszkole</w:t>
      </w:r>
      <w:proofErr w:type="spellEnd"/>
      <w:r w:rsidRPr="00071401">
        <w:rPr>
          <w:b/>
          <w:sz w:val="22"/>
        </w:rPr>
        <w:t xml:space="preserve"> w </w:t>
      </w:r>
      <w:proofErr w:type="spellStart"/>
      <w:r w:rsidRPr="00071401">
        <w:rPr>
          <w:b/>
          <w:sz w:val="22"/>
        </w:rPr>
        <w:t>Brzostku</w:t>
      </w:r>
      <w:proofErr w:type="spellEnd"/>
      <w:r w:rsidRPr="00071401">
        <w:rPr>
          <w:b/>
          <w:sz w:val="22"/>
        </w:rPr>
        <w:br/>
        <w:t>Instalacja fotowoltaiczna 28,00 kWp wraz z magazynem energii 40,00 kWh</w:t>
      </w:r>
    </w:p>
    <w:p w14:paraId="3759BFA0" w14:textId="77777777" w:rsidR="003A7568" w:rsidRPr="00071401" w:rsidRDefault="003A7568"/>
    <w:p w14:paraId="09193B63" w14:textId="77777777" w:rsidR="003A7568" w:rsidRPr="00071401" w:rsidRDefault="00000000">
      <w:pPr>
        <w:pStyle w:val="Nagwek1"/>
        <w:rPr>
          <w:color w:val="auto"/>
        </w:rPr>
      </w:pPr>
      <w:r w:rsidRPr="00071401">
        <w:rPr>
          <w:color w:val="auto"/>
        </w:rPr>
        <w:t>1. Dane podstawowe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3A7568" w:rsidRPr="00071401" w14:paraId="5AC7C263" w14:textId="77777777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28080BC6" w14:textId="77777777" w:rsidR="003A7568" w:rsidRPr="00071401" w:rsidRDefault="00000000">
            <w:pPr>
              <w:spacing w:after="0"/>
            </w:pPr>
            <w:r w:rsidRPr="00071401">
              <w:rPr>
                <w:b/>
                <w:sz w:val="18"/>
              </w:rPr>
              <w:t>Zamawiający</w:t>
            </w:r>
          </w:p>
        </w:tc>
        <w:tc>
          <w:tcPr>
            <w:tcW w:w="5100" w:type="dxa"/>
            <w:vAlign w:val="center"/>
          </w:tcPr>
          <w:p w14:paraId="57B8775B" w14:textId="77777777" w:rsidR="003A7568" w:rsidRPr="00071401" w:rsidRDefault="00000000">
            <w:pPr>
              <w:spacing w:after="0"/>
            </w:pPr>
            <w:r w:rsidRPr="00071401">
              <w:rPr>
                <w:sz w:val="18"/>
              </w:rPr>
              <w:t>Gmina Brzostek, ul. Rynek 1, 39-230 Brzostek</w:t>
            </w:r>
          </w:p>
        </w:tc>
      </w:tr>
      <w:tr w:rsidR="003A7568" w:rsidRPr="00071401" w14:paraId="4C0D5F7B" w14:textId="77777777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3C79321F" w14:textId="77777777" w:rsidR="003A7568" w:rsidRPr="00071401" w:rsidRDefault="00000000">
            <w:pPr>
              <w:spacing w:after="0"/>
            </w:pPr>
            <w:r w:rsidRPr="00071401">
              <w:rPr>
                <w:b/>
                <w:sz w:val="18"/>
              </w:rPr>
              <w:t>Obiekt</w:t>
            </w:r>
          </w:p>
        </w:tc>
        <w:tc>
          <w:tcPr>
            <w:tcW w:w="5100" w:type="dxa"/>
            <w:vAlign w:val="center"/>
          </w:tcPr>
          <w:p w14:paraId="1084A728" w14:textId="77777777" w:rsidR="003A7568" w:rsidRPr="00071401" w:rsidRDefault="00000000">
            <w:pPr>
              <w:spacing w:after="0"/>
            </w:pPr>
            <w:r w:rsidRPr="00071401">
              <w:rPr>
                <w:sz w:val="18"/>
              </w:rPr>
              <w:t>Publiczne Przedszkole w Brzostku</w:t>
            </w:r>
          </w:p>
        </w:tc>
      </w:tr>
      <w:tr w:rsidR="003A7568" w:rsidRPr="00071401" w14:paraId="7095F354" w14:textId="77777777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3814C322" w14:textId="77777777" w:rsidR="003A7568" w:rsidRPr="00071401" w:rsidRDefault="00000000">
            <w:pPr>
              <w:spacing w:after="0"/>
            </w:pPr>
            <w:r w:rsidRPr="00071401">
              <w:rPr>
                <w:b/>
                <w:sz w:val="18"/>
              </w:rPr>
              <w:t>Adres obiektu</w:t>
            </w:r>
          </w:p>
        </w:tc>
        <w:tc>
          <w:tcPr>
            <w:tcW w:w="5100" w:type="dxa"/>
            <w:vAlign w:val="center"/>
          </w:tcPr>
          <w:p w14:paraId="0F8EB3D7" w14:textId="77777777" w:rsidR="003A7568" w:rsidRPr="00071401" w:rsidRDefault="00000000">
            <w:pPr>
              <w:spacing w:after="0"/>
            </w:pPr>
            <w:r w:rsidRPr="00071401">
              <w:rPr>
                <w:sz w:val="18"/>
              </w:rPr>
              <w:t>ul. Mariana Nałęcza-Mysłowskiego 11, 39-230 Brzostek</w:t>
            </w:r>
          </w:p>
        </w:tc>
      </w:tr>
      <w:tr w:rsidR="003A7568" w:rsidRPr="00071401" w14:paraId="3C69828A" w14:textId="77777777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43A4CE82" w14:textId="77777777" w:rsidR="003A7568" w:rsidRPr="00071401" w:rsidRDefault="00000000">
            <w:pPr>
              <w:spacing w:after="0"/>
            </w:pPr>
            <w:r w:rsidRPr="00071401">
              <w:rPr>
                <w:b/>
                <w:sz w:val="18"/>
              </w:rPr>
              <w:t>Przedmiot wizji</w:t>
            </w:r>
          </w:p>
        </w:tc>
        <w:tc>
          <w:tcPr>
            <w:tcW w:w="5100" w:type="dxa"/>
            <w:vAlign w:val="center"/>
          </w:tcPr>
          <w:p w14:paraId="249327C5" w14:textId="77777777" w:rsidR="003A7568" w:rsidRPr="00071401" w:rsidRDefault="00000000">
            <w:pPr>
              <w:spacing w:after="0"/>
            </w:pPr>
            <w:r w:rsidRPr="00071401">
              <w:rPr>
                <w:sz w:val="18"/>
              </w:rPr>
              <w:t>Warunki wykonania instalacji PV 28,00 kWp wraz z magazynem energii 40,00 kWh</w:t>
            </w:r>
          </w:p>
        </w:tc>
      </w:tr>
      <w:tr w:rsidR="003A7568" w:rsidRPr="00071401" w14:paraId="11C94A58" w14:textId="77777777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36C1B708" w14:textId="77777777" w:rsidR="003A7568" w:rsidRPr="00071401" w:rsidRDefault="00000000">
            <w:pPr>
              <w:spacing w:after="0"/>
            </w:pPr>
            <w:r w:rsidRPr="00071401">
              <w:rPr>
                <w:b/>
                <w:sz w:val="18"/>
              </w:rPr>
              <w:t>Data wizji lokalnej</w:t>
            </w:r>
          </w:p>
        </w:tc>
        <w:tc>
          <w:tcPr>
            <w:tcW w:w="5100" w:type="dxa"/>
            <w:vAlign w:val="center"/>
          </w:tcPr>
          <w:p w14:paraId="40979203" w14:textId="77777777" w:rsidR="003A7568" w:rsidRPr="00071401" w:rsidRDefault="003A7568">
            <w:pPr>
              <w:spacing w:after="0"/>
            </w:pPr>
          </w:p>
        </w:tc>
      </w:tr>
      <w:tr w:rsidR="003A7568" w:rsidRPr="00071401" w14:paraId="1F1B3C43" w14:textId="77777777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7235CFDB" w14:textId="77777777" w:rsidR="003A7568" w:rsidRPr="00071401" w:rsidRDefault="00000000">
            <w:pPr>
              <w:spacing w:after="0"/>
            </w:pPr>
            <w:r w:rsidRPr="00071401">
              <w:rPr>
                <w:b/>
                <w:sz w:val="18"/>
              </w:rPr>
              <w:t>Godzina rozpoczęcia / zakończenia</w:t>
            </w:r>
          </w:p>
        </w:tc>
        <w:tc>
          <w:tcPr>
            <w:tcW w:w="5100" w:type="dxa"/>
            <w:vAlign w:val="center"/>
          </w:tcPr>
          <w:p w14:paraId="1574061D" w14:textId="77777777" w:rsidR="003A7568" w:rsidRPr="00071401" w:rsidRDefault="003A7568">
            <w:pPr>
              <w:spacing w:after="0"/>
            </w:pPr>
          </w:p>
        </w:tc>
      </w:tr>
      <w:tr w:rsidR="003A7568" w:rsidRPr="00071401" w14:paraId="0E721BD2" w14:textId="77777777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72E392E1" w14:textId="77777777" w:rsidR="003A7568" w:rsidRPr="00071401" w:rsidRDefault="00000000">
            <w:pPr>
              <w:spacing w:after="0"/>
            </w:pPr>
            <w:r w:rsidRPr="00071401">
              <w:rPr>
                <w:b/>
                <w:sz w:val="18"/>
              </w:rPr>
              <w:t>Numer postępowania</w:t>
            </w:r>
          </w:p>
        </w:tc>
        <w:tc>
          <w:tcPr>
            <w:tcW w:w="5100" w:type="dxa"/>
            <w:vAlign w:val="center"/>
          </w:tcPr>
          <w:p w14:paraId="1F86B8F4" w14:textId="77777777" w:rsidR="003A7568" w:rsidRPr="00071401" w:rsidRDefault="00000000">
            <w:pPr>
              <w:spacing w:after="0"/>
            </w:pPr>
            <w:r w:rsidRPr="00071401">
              <w:rPr>
                <w:sz w:val="18"/>
                <w:highlight w:val="yellow"/>
              </w:rPr>
              <w:t>[do uzupełnienia]</w:t>
            </w:r>
          </w:p>
        </w:tc>
      </w:tr>
    </w:tbl>
    <w:p w14:paraId="4AA1FD16" w14:textId="77777777" w:rsidR="003A7568" w:rsidRPr="00071401" w:rsidRDefault="003A7568"/>
    <w:p w14:paraId="43771EDE" w14:textId="77777777" w:rsidR="003A7568" w:rsidRPr="00071401" w:rsidRDefault="00000000">
      <w:pPr>
        <w:pStyle w:val="Nagwek1"/>
        <w:rPr>
          <w:color w:val="auto"/>
        </w:rPr>
      </w:pPr>
      <w:r w:rsidRPr="00071401">
        <w:rPr>
          <w:color w:val="auto"/>
        </w:rPr>
        <w:t>2. Uczestnicy wizji lokalnej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040"/>
        <w:gridCol w:w="2040"/>
        <w:gridCol w:w="2040"/>
        <w:gridCol w:w="2040"/>
        <w:gridCol w:w="2040"/>
      </w:tblGrid>
      <w:tr w:rsidR="003A7568" w:rsidRPr="00071401" w14:paraId="52822C19" w14:textId="77777777">
        <w:trPr>
          <w:tblHeader/>
          <w:jc w:val="center"/>
        </w:trPr>
        <w:tc>
          <w:tcPr>
            <w:tcW w:w="2040" w:type="dxa"/>
            <w:shd w:val="clear" w:color="auto" w:fill="1F4E79"/>
            <w:vAlign w:val="center"/>
          </w:tcPr>
          <w:p w14:paraId="4BE7F760" w14:textId="77777777" w:rsidR="003A7568" w:rsidRPr="00071401" w:rsidRDefault="00000000">
            <w:pPr>
              <w:spacing w:after="0"/>
            </w:pPr>
            <w:r w:rsidRPr="00071401">
              <w:rPr>
                <w:b/>
                <w:sz w:val="17"/>
              </w:rPr>
              <w:t>Lp.</w:t>
            </w:r>
          </w:p>
        </w:tc>
        <w:tc>
          <w:tcPr>
            <w:tcW w:w="2040" w:type="dxa"/>
            <w:shd w:val="clear" w:color="auto" w:fill="1F4E79"/>
            <w:vAlign w:val="center"/>
          </w:tcPr>
          <w:p w14:paraId="1D09F7B7" w14:textId="77777777" w:rsidR="003A7568" w:rsidRPr="00071401" w:rsidRDefault="00000000">
            <w:pPr>
              <w:spacing w:after="0"/>
            </w:pPr>
            <w:r w:rsidRPr="00071401">
              <w:rPr>
                <w:b/>
                <w:sz w:val="17"/>
              </w:rPr>
              <w:t>Imię i nazwisko</w:t>
            </w:r>
          </w:p>
        </w:tc>
        <w:tc>
          <w:tcPr>
            <w:tcW w:w="2040" w:type="dxa"/>
            <w:shd w:val="clear" w:color="auto" w:fill="1F4E79"/>
            <w:vAlign w:val="center"/>
          </w:tcPr>
          <w:p w14:paraId="2270F928" w14:textId="77777777" w:rsidR="003A7568" w:rsidRPr="00071401" w:rsidRDefault="00000000">
            <w:pPr>
              <w:spacing w:after="0"/>
            </w:pPr>
            <w:r w:rsidRPr="00071401">
              <w:rPr>
                <w:b/>
                <w:sz w:val="17"/>
              </w:rPr>
              <w:t>Podmiot</w:t>
            </w:r>
          </w:p>
        </w:tc>
        <w:tc>
          <w:tcPr>
            <w:tcW w:w="2040" w:type="dxa"/>
            <w:shd w:val="clear" w:color="auto" w:fill="1F4E79"/>
            <w:vAlign w:val="center"/>
          </w:tcPr>
          <w:p w14:paraId="6313268E" w14:textId="77777777" w:rsidR="003A7568" w:rsidRPr="00071401" w:rsidRDefault="00000000">
            <w:pPr>
              <w:spacing w:after="0"/>
            </w:pPr>
            <w:r w:rsidRPr="00071401">
              <w:rPr>
                <w:b/>
                <w:sz w:val="17"/>
              </w:rPr>
              <w:t>Funkcja</w:t>
            </w:r>
          </w:p>
        </w:tc>
        <w:tc>
          <w:tcPr>
            <w:tcW w:w="2040" w:type="dxa"/>
            <w:shd w:val="clear" w:color="auto" w:fill="1F4E79"/>
            <w:vAlign w:val="center"/>
          </w:tcPr>
          <w:p w14:paraId="70BB0A2C" w14:textId="77777777" w:rsidR="003A7568" w:rsidRPr="00071401" w:rsidRDefault="00000000">
            <w:pPr>
              <w:spacing w:after="0"/>
            </w:pPr>
            <w:r w:rsidRPr="00071401">
              <w:rPr>
                <w:b/>
                <w:sz w:val="17"/>
              </w:rPr>
              <w:t>Podpis</w:t>
            </w:r>
          </w:p>
        </w:tc>
      </w:tr>
      <w:tr w:rsidR="003A7568" w:rsidRPr="00071401" w14:paraId="69EADCCD" w14:textId="77777777">
        <w:trPr>
          <w:jc w:val="center"/>
        </w:trPr>
        <w:tc>
          <w:tcPr>
            <w:tcW w:w="2040" w:type="dxa"/>
            <w:vAlign w:val="center"/>
          </w:tcPr>
          <w:p w14:paraId="66E2AD7F" w14:textId="77777777" w:rsidR="003A7568" w:rsidRPr="00071401" w:rsidRDefault="00000000">
            <w:pPr>
              <w:spacing w:after="0"/>
            </w:pPr>
            <w:r w:rsidRPr="00071401">
              <w:rPr>
                <w:sz w:val="17"/>
              </w:rPr>
              <w:t>1</w:t>
            </w:r>
          </w:p>
        </w:tc>
        <w:tc>
          <w:tcPr>
            <w:tcW w:w="2040" w:type="dxa"/>
            <w:vAlign w:val="center"/>
          </w:tcPr>
          <w:p w14:paraId="2126C8FD" w14:textId="77777777" w:rsidR="003A7568" w:rsidRPr="00071401" w:rsidRDefault="003A7568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67F9624E" w14:textId="77777777" w:rsidR="003A7568" w:rsidRPr="00071401" w:rsidRDefault="00000000">
            <w:pPr>
              <w:spacing w:after="0"/>
            </w:pPr>
            <w:r w:rsidRPr="00071401">
              <w:rPr>
                <w:sz w:val="17"/>
              </w:rPr>
              <w:t>Zamawiający</w:t>
            </w:r>
          </w:p>
        </w:tc>
        <w:tc>
          <w:tcPr>
            <w:tcW w:w="2040" w:type="dxa"/>
            <w:vAlign w:val="center"/>
          </w:tcPr>
          <w:p w14:paraId="653D46B7" w14:textId="77777777" w:rsidR="003A7568" w:rsidRPr="00071401" w:rsidRDefault="003A7568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7ACEC866" w14:textId="77777777" w:rsidR="003A7568" w:rsidRPr="00071401" w:rsidRDefault="003A7568">
            <w:pPr>
              <w:spacing w:after="0"/>
            </w:pPr>
          </w:p>
        </w:tc>
      </w:tr>
      <w:tr w:rsidR="003A7568" w:rsidRPr="00071401" w14:paraId="2D5873BE" w14:textId="77777777">
        <w:trPr>
          <w:jc w:val="center"/>
        </w:trPr>
        <w:tc>
          <w:tcPr>
            <w:tcW w:w="2040" w:type="dxa"/>
            <w:vAlign w:val="center"/>
          </w:tcPr>
          <w:p w14:paraId="7225861A" w14:textId="77777777" w:rsidR="003A7568" w:rsidRPr="00071401" w:rsidRDefault="00000000">
            <w:pPr>
              <w:spacing w:after="0"/>
            </w:pPr>
            <w:r w:rsidRPr="00071401">
              <w:rPr>
                <w:sz w:val="17"/>
              </w:rPr>
              <w:t>2</w:t>
            </w:r>
          </w:p>
        </w:tc>
        <w:tc>
          <w:tcPr>
            <w:tcW w:w="2040" w:type="dxa"/>
            <w:vAlign w:val="center"/>
          </w:tcPr>
          <w:p w14:paraId="24968749" w14:textId="77777777" w:rsidR="003A7568" w:rsidRPr="00071401" w:rsidRDefault="003A7568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3DD0CE77" w14:textId="77777777" w:rsidR="003A7568" w:rsidRPr="00071401" w:rsidRDefault="00000000">
            <w:pPr>
              <w:spacing w:after="0"/>
            </w:pPr>
            <w:r w:rsidRPr="00071401">
              <w:rPr>
                <w:sz w:val="17"/>
              </w:rPr>
              <w:t>Zamawiający</w:t>
            </w:r>
          </w:p>
        </w:tc>
        <w:tc>
          <w:tcPr>
            <w:tcW w:w="2040" w:type="dxa"/>
            <w:vAlign w:val="center"/>
          </w:tcPr>
          <w:p w14:paraId="0E8D87FF" w14:textId="77777777" w:rsidR="003A7568" w:rsidRPr="00071401" w:rsidRDefault="003A7568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66A6F02A" w14:textId="77777777" w:rsidR="003A7568" w:rsidRPr="00071401" w:rsidRDefault="003A7568">
            <w:pPr>
              <w:spacing w:after="0"/>
            </w:pPr>
          </w:p>
        </w:tc>
      </w:tr>
      <w:tr w:rsidR="003A7568" w:rsidRPr="00071401" w14:paraId="24BBA6DD" w14:textId="77777777">
        <w:trPr>
          <w:jc w:val="center"/>
        </w:trPr>
        <w:tc>
          <w:tcPr>
            <w:tcW w:w="2040" w:type="dxa"/>
            <w:vAlign w:val="center"/>
          </w:tcPr>
          <w:p w14:paraId="355D1CDC" w14:textId="77777777" w:rsidR="003A7568" w:rsidRPr="00071401" w:rsidRDefault="00000000">
            <w:pPr>
              <w:spacing w:after="0"/>
            </w:pPr>
            <w:r w:rsidRPr="00071401">
              <w:rPr>
                <w:sz w:val="17"/>
              </w:rPr>
              <w:t>3</w:t>
            </w:r>
          </w:p>
        </w:tc>
        <w:tc>
          <w:tcPr>
            <w:tcW w:w="2040" w:type="dxa"/>
            <w:vAlign w:val="center"/>
          </w:tcPr>
          <w:p w14:paraId="5028FFC9" w14:textId="77777777" w:rsidR="003A7568" w:rsidRPr="00071401" w:rsidRDefault="003A7568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4FE99005" w14:textId="77777777" w:rsidR="003A7568" w:rsidRPr="00071401" w:rsidRDefault="00000000">
            <w:pPr>
              <w:spacing w:after="0"/>
            </w:pPr>
            <w:r w:rsidRPr="00071401">
              <w:rPr>
                <w:sz w:val="17"/>
              </w:rPr>
              <w:t>Wykonawca</w:t>
            </w:r>
          </w:p>
        </w:tc>
        <w:tc>
          <w:tcPr>
            <w:tcW w:w="2040" w:type="dxa"/>
            <w:vAlign w:val="center"/>
          </w:tcPr>
          <w:p w14:paraId="4E46ED07" w14:textId="77777777" w:rsidR="003A7568" w:rsidRPr="00071401" w:rsidRDefault="003A7568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11FFFDE3" w14:textId="77777777" w:rsidR="003A7568" w:rsidRPr="00071401" w:rsidRDefault="003A7568">
            <w:pPr>
              <w:spacing w:after="0"/>
            </w:pPr>
          </w:p>
        </w:tc>
      </w:tr>
      <w:tr w:rsidR="003A7568" w:rsidRPr="00071401" w14:paraId="5985DBFB" w14:textId="77777777">
        <w:trPr>
          <w:jc w:val="center"/>
        </w:trPr>
        <w:tc>
          <w:tcPr>
            <w:tcW w:w="2040" w:type="dxa"/>
            <w:vAlign w:val="center"/>
          </w:tcPr>
          <w:p w14:paraId="4DFD2501" w14:textId="77777777" w:rsidR="003A7568" w:rsidRPr="00071401" w:rsidRDefault="00000000">
            <w:pPr>
              <w:spacing w:after="0"/>
            </w:pPr>
            <w:r w:rsidRPr="00071401">
              <w:rPr>
                <w:sz w:val="17"/>
              </w:rPr>
              <w:t>4</w:t>
            </w:r>
          </w:p>
        </w:tc>
        <w:tc>
          <w:tcPr>
            <w:tcW w:w="2040" w:type="dxa"/>
            <w:vAlign w:val="center"/>
          </w:tcPr>
          <w:p w14:paraId="03818476" w14:textId="77777777" w:rsidR="003A7568" w:rsidRPr="00071401" w:rsidRDefault="003A7568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1AC36854" w14:textId="77777777" w:rsidR="003A7568" w:rsidRPr="00071401" w:rsidRDefault="00000000">
            <w:pPr>
              <w:spacing w:after="0"/>
            </w:pPr>
            <w:r w:rsidRPr="00071401">
              <w:rPr>
                <w:sz w:val="17"/>
              </w:rPr>
              <w:t>Wykonawca</w:t>
            </w:r>
          </w:p>
        </w:tc>
        <w:tc>
          <w:tcPr>
            <w:tcW w:w="2040" w:type="dxa"/>
            <w:vAlign w:val="center"/>
          </w:tcPr>
          <w:p w14:paraId="5586209A" w14:textId="77777777" w:rsidR="003A7568" w:rsidRPr="00071401" w:rsidRDefault="003A7568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159D95BB" w14:textId="77777777" w:rsidR="003A7568" w:rsidRPr="00071401" w:rsidRDefault="003A7568">
            <w:pPr>
              <w:spacing w:after="0"/>
            </w:pPr>
          </w:p>
        </w:tc>
      </w:tr>
      <w:tr w:rsidR="003A7568" w:rsidRPr="00071401" w14:paraId="5D7A7A30" w14:textId="77777777">
        <w:trPr>
          <w:jc w:val="center"/>
        </w:trPr>
        <w:tc>
          <w:tcPr>
            <w:tcW w:w="2040" w:type="dxa"/>
            <w:vAlign w:val="center"/>
          </w:tcPr>
          <w:p w14:paraId="7F551D19" w14:textId="77777777" w:rsidR="003A7568" w:rsidRPr="00071401" w:rsidRDefault="00000000">
            <w:pPr>
              <w:spacing w:after="0"/>
            </w:pPr>
            <w:r w:rsidRPr="00071401">
              <w:rPr>
                <w:sz w:val="17"/>
              </w:rPr>
              <w:t>5</w:t>
            </w:r>
          </w:p>
        </w:tc>
        <w:tc>
          <w:tcPr>
            <w:tcW w:w="2040" w:type="dxa"/>
            <w:vAlign w:val="center"/>
          </w:tcPr>
          <w:p w14:paraId="7F4A3E04" w14:textId="77777777" w:rsidR="003A7568" w:rsidRPr="00071401" w:rsidRDefault="003A7568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5E3A1C0F" w14:textId="77777777" w:rsidR="003A7568" w:rsidRPr="00071401" w:rsidRDefault="003A7568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765347FC" w14:textId="77777777" w:rsidR="003A7568" w:rsidRPr="00071401" w:rsidRDefault="003A7568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73FD74E5" w14:textId="77777777" w:rsidR="003A7568" w:rsidRPr="00071401" w:rsidRDefault="003A7568">
            <w:pPr>
              <w:spacing w:after="0"/>
            </w:pPr>
          </w:p>
        </w:tc>
      </w:tr>
    </w:tbl>
    <w:p w14:paraId="3EAE6D29" w14:textId="77777777" w:rsidR="003A7568" w:rsidRPr="00071401" w:rsidRDefault="003A7568"/>
    <w:p w14:paraId="449EA30C" w14:textId="77777777" w:rsidR="003A7568" w:rsidRPr="00071401" w:rsidRDefault="00000000">
      <w:pPr>
        <w:pStyle w:val="Nagwek1"/>
        <w:rPr>
          <w:color w:val="auto"/>
        </w:rPr>
      </w:pPr>
      <w:r w:rsidRPr="00071401">
        <w:rPr>
          <w:color w:val="auto"/>
        </w:rPr>
        <w:t>3. Zakres przeprowadzonej wizji lokalnej</w:t>
      </w:r>
    </w:p>
    <w:p w14:paraId="14E1E572" w14:textId="77777777" w:rsidR="003A7568" w:rsidRPr="00071401" w:rsidRDefault="00000000">
      <w:r w:rsidRPr="00071401">
        <w:t>[ ] Zapoznanie się z lokalizacją obiektu i warunkami dostępu do miejsca prowadzenia robót.</w:t>
      </w:r>
    </w:p>
    <w:p w14:paraId="392BF0F9" w14:textId="77777777" w:rsidR="003A7568" w:rsidRPr="00071401" w:rsidRDefault="00000000">
      <w:r w:rsidRPr="00071401">
        <w:t>[ ] Oględziny miejsca planowanego montażu modułów fotowoltaicznych.</w:t>
      </w:r>
    </w:p>
    <w:p w14:paraId="65C860E3" w14:textId="77777777" w:rsidR="003A7568" w:rsidRPr="00071401" w:rsidRDefault="00000000">
      <w:r w:rsidRPr="00071401">
        <w:t>[ ] Oględziny miejsca planowanego montażu falownika hybrydowego.</w:t>
      </w:r>
    </w:p>
    <w:p w14:paraId="5339DBE6" w14:textId="77777777" w:rsidR="003A7568" w:rsidRPr="00071401" w:rsidRDefault="00000000">
      <w:r w:rsidRPr="00071401">
        <w:t>[ ] Oględziny miejsca planowanego montażu magazynu energii.</w:t>
      </w:r>
    </w:p>
    <w:p w14:paraId="6DB5F4EC" w14:textId="77777777" w:rsidR="003A7568" w:rsidRPr="00071401" w:rsidRDefault="00000000">
      <w:r w:rsidRPr="00071401">
        <w:t>[ ] Wstępne rozpoznanie tras prowadzenia przewodów AC/DC oraz miejsca wpięcia instalacji.</w:t>
      </w:r>
    </w:p>
    <w:p w14:paraId="7881F0ED" w14:textId="77777777" w:rsidR="003A7568" w:rsidRPr="00071401" w:rsidRDefault="00000000">
      <w:r w:rsidRPr="00071401">
        <w:t>[ ] Wstępne rozpoznanie istniejących rozdzielnic, zabezpieczeń, uziemienia i możliwości wykonania niezbędnych połączeń.</w:t>
      </w:r>
    </w:p>
    <w:p w14:paraId="2C04A338" w14:textId="77777777" w:rsidR="003A7568" w:rsidRPr="00071401" w:rsidRDefault="00000000">
      <w:r w:rsidRPr="00071401">
        <w:t>[ ] Weryfikacja warunków transportu, wniesienia i składowania urządzeń na terenie obiektu.</w:t>
      </w:r>
    </w:p>
    <w:p w14:paraId="48F65D35" w14:textId="77777777" w:rsidR="003A7568" w:rsidRPr="00071401" w:rsidRDefault="00000000">
      <w:r w:rsidRPr="00071401">
        <w:t>[ ] Weryfikacja ograniczeń organizacyjnych, godzin pracy obiektu i zasad bezpieczeństwa.</w:t>
      </w:r>
    </w:p>
    <w:p w14:paraId="2E628722" w14:textId="77777777" w:rsidR="003A7568" w:rsidRPr="00071401" w:rsidRDefault="00000000">
      <w:pPr>
        <w:pStyle w:val="Nagwek1"/>
        <w:rPr>
          <w:color w:val="auto"/>
        </w:rPr>
      </w:pPr>
      <w:r w:rsidRPr="00071401">
        <w:rPr>
          <w:color w:val="auto"/>
        </w:rPr>
        <w:t>4. Uwagi i ustalenia z wizji lokalnej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3A7568" w:rsidRPr="00071401" w14:paraId="7CB35387" w14:textId="77777777">
        <w:trPr>
          <w:tblHeader/>
          <w:jc w:val="center"/>
        </w:trPr>
        <w:tc>
          <w:tcPr>
            <w:tcW w:w="3400" w:type="dxa"/>
            <w:shd w:val="clear" w:color="auto" w:fill="1F4E79"/>
            <w:vAlign w:val="center"/>
          </w:tcPr>
          <w:p w14:paraId="14E6E4C4" w14:textId="77777777" w:rsidR="003A7568" w:rsidRPr="00071401" w:rsidRDefault="00000000">
            <w:pPr>
              <w:spacing w:after="0"/>
            </w:pPr>
            <w:r w:rsidRPr="00071401">
              <w:rPr>
                <w:b/>
                <w:sz w:val="17"/>
              </w:rPr>
              <w:t>Lp.</w:t>
            </w:r>
          </w:p>
        </w:tc>
        <w:tc>
          <w:tcPr>
            <w:tcW w:w="3400" w:type="dxa"/>
            <w:shd w:val="clear" w:color="auto" w:fill="1F4E79"/>
            <w:vAlign w:val="center"/>
          </w:tcPr>
          <w:p w14:paraId="78E2FCA1" w14:textId="77777777" w:rsidR="003A7568" w:rsidRPr="00071401" w:rsidRDefault="00000000">
            <w:pPr>
              <w:spacing w:after="0"/>
            </w:pPr>
            <w:r w:rsidRPr="00071401">
              <w:rPr>
                <w:b/>
                <w:sz w:val="17"/>
              </w:rPr>
              <w:t>Opis uwagi / ustalenia</w:t>
            </w:r>
          </w:p>
        </w:tc>
        <w:tc>
          <w:tcPr>
            <w:tcW w:w="3400" w:type="dxa"/>
            <w:shd w:val="clear" w:color="auto" w:fill="1F4E79"/>
            <w:vAlign w:val="center"/>
          </w:tcPr>
          <w:p w14:paraId="3702ACFE" w14:textId="77777777" w:rsidR="003A7568" w:rsidRPr="00071401" w:rsidRDefault="00000000">
            <w:pPr>
              <w:spacing w:after="0"/>
            </w:pPr>
            <w:r w:rsidRPr="00071401">
              <w:rPr>
                <w:b/>
                <w:sz w:val="17"/>
              </w:rPr>
              <w:t>Znaczenie dla oferty / realizacji</w:t>
            </w:r>
          </w:p>
        </w:tc>
      </w:tr>
      <w:tr w:rsidR="003A7568" w:rsidRPr="00071401" w14:paraId="17BC87A6" w14:textId="77777777">
        <w:trPr>
          <w:jc w:val="center"/>
        </w:trPr>
        <w:tc>
          <w:tcPr>
            <w:tcW w:w="3400" w:type="dxa"/>
            <w:vAlign w:val="center"/>
          </w:tcPr>
          <w:p w14:paraId="06985849" w14:textId="77777777" w:rsidR="003A7568" w:rsidRPr="00071401" w:rsidRDefault="00000000">
            <w:pPr>
              <w:spacing w:after="0"/>
            </w:pPr>
            <w:r w:rsidRPr="00071401">
              <w:rPr>
                <w:sz w:val="17"/>
              </w:rPr>
              <w:t>1</w:t>
            </w:r>
          </w:p>
        </w:tc>
        <w:tc>
          <w:tcPr>
            <w:tcW w:w="3400" w:type="dxa"/>
            <w:vAlign w:val="center"/>
          </w:tcPr>
          <w:p w14:paraId="1D7F8DE9" w14:textId="77777777" w:rsidR="003A7568" w:rsidRPr="00071401" w:rsidRDefault="003A7568">
            <w:pPr>
              <w:spacing w:after="0"/>
            </w:pPr>
          </w:p>
        </w:tc>
        <w:tc>
          <w:tcPr>
            <w:tcW w:w="3400" w:type="dxa"/>
            <w:vAlign w:val="center"/>
          </w:tcPr>
          <w:p w14:paraId="4173EF9F" w14:textId="77777777" w:rsidR="003A7568" w:rsidRPr="00071401" w:rsidRDefault="003A7568">
            <w:pPr>
              <w:spacing w:after="0"/>
            </w:pPr>
          </w:p>
        </w:tc>
      </w:tr>
      <w:tr w:rsidR="003A7568" w:rsidRPr="00071401" w14:paraId="1846571D" w14:textId="77777777">
        <w:trPr>
          <w:jc w:val="center"/>
        </w:trPr>
        <w:tc>
          <w:tcPr>
            <w:tcW w:w="3400" w:type="dxa"/>
            <w:vAlign w:val="center"/>
          </w:tcPr>
          <w:p w14:paraId="36AC9976" w14:textId="77777777" w:rsidR="003A7568" w:rsidRPr="00071401" w:rsidRDefault="00000000">
            <w:pPr>
              <w:spacing w:after="0"/>
            </w:pPr>
            <w:r w:rsidRPr="00071401">
              <w:rPr>
                <w:sz w:val="17"/>
              </w:rPr>
              <w:t>2</w:t>
            </w:r>
          </w:p>
        </w:tc>
        <w:tc>
          <w:tcPr>
            <w:tcW w:w="3400" w:type="dxa"/>
            <w:vAlign w:val="center"/>
          </w:tcPr>
          <w:p w14:paraId="16881983" w14:textId="77777777" w:rsidR="003A7568" w:rsidRPr="00071401" w:rsidRDefault="003A7568">
            <w:pPr>
              <w:spacing w:after="0"/>
            </w:pPr>
          </w:p>
        </w:tc>
        <w:tc>
          <w:tcPr>
            <w:tcW w:w="3400" w:type="dxa"/>
            <w:vAlign w:val="center"/>
          </w:tcPr>
          <w:p w14:paraId="7E4781AA" w14:textId="77777777" w:rsidR="003A7568" w:rsidRPr="00071401" w:rsidRDefault="003A7568">
            <w:pPr>
              <w:spacing w:after="0"/>
            </w:pPr>
          </w:p>
        </w:tc>
      </w:tr>
      <w:tr w:rsidR="003A7568" w:rsidRPr="00071401" w14:paraId="390C467A" w14:textId="77777777">
        <w:trPr>
          <w:jc w:val="center"/>
        </w:trPr>
        <w:tc>
          <w:tcPr>
            <w:tcW w:w="3400" w:type="dxa"/>
            <w:vAlign w:val="center"/>
          </w:tcPr>
          <w:p w14:paraId="5D88ACDB" w14:textId="77777777" w:rsidR="003A7568" w:rsidRPr="00071401" w:rsidRDefault="00000000">
            <w:pPr>
              <w:spacing w:after="0"/>
            </w:pPr>
            <w:r w:rsidRPr="00071401">
              <w:rPr>
                <w:sz w:val="17"/>
              </w:rPr>
              <w:t>3</w:t>
            </w:r>
          </w:p>
        </w:tc>
        <w:tc>
          <w:tcPr>
            <w:tcW w:w="3400" w:type="dxa"/>
            <w:vAlign w:val="center"/>
          </w:tcPr>
          <w:p w14:paraId="5F5C25AC" w14:textId="77777777" w:rsidR="003A7568" w:rsidRPr="00071401" w:rsidRDefault="003A7568">
            <w:pPr>
              <w:spacing w:after="0"/>
            </w:pPr>
          </w:p>
        </w:tc>
        <w:tc>
          <w:tcPr>
            <w:tcW w:w="3400" w:type="dxa"/>
            <w:vAlign w:val="center"/>
          </w:tcPr>
          <w:p w14:paraId="6D1E28B3" w14:textId="77777777" w:rsidR="003A7568" w:rsidRPr="00071401" w:rsidRDefault="003A7568">
            <w:pPr>
              <w:spacing w:after="0"/>
            </w:pPr>
          </w:p>
        </w:tc>
      </w:tr>
      <w:tr w:rsidR="003A7568" w:rsidRPr="00071401" w14:paraId="138F1E10" w14:textId="77777777">
        <w:trPr>
          <w:jc w:val="center"/>
        </w:trPr>
        <w:tc>
          <w:tcPr>
            <w:tcW w:w="3400" w:type="dxa"/>
            <w:vAlign w:val="center"/>
          </w:tcPr>
          <w:p w14:paraId="26F87C15" w14:textId="77777777" w:rsidR="003A7568" w:rsidRPr="00071401" w:rsidRDefault="00000000">
            <w:pPr>
              <w:spacing w:after="0"/>
            </w:pPr>
            <w:r w:rsidRPr="00071401">
              <w:rPr>
                <w:sz w:val="17"/>
              </w:rPr>
              <w:t>4</w:t>
            </w:r>
          </w:p>
        </w:tc>
        <w:tc>
          <w:tcPr>
            <w:tcW w:w="3400" w:type="dxa"/>
            <w:vAlign w:val="center"/>
          </w:tcPr>
          <w:p w14:paraId="25BCE93A" w14:textId="77777777" w:rsidR="003A7568" w:rsidRPr="00071401" w:rsidRDefault="003A7568">
            <w:pPr>
              <w:spacing w:after="0"/>
            </w:pPr>
          </w:p>
        </w:tc>
        <w:tc>
          <w:tcPr>
            <w:tcW w:w="3400" w:type="dxa"/>
            <w:vAlign w:val="center"/>
          </w:tcPr>
          <w:p w14:paraId="5B4C275E" w14:textId="77777777" w:rsidR="003A7568" w:rsidRPr="00071401" w:rsidRDefault="003A7568">
            <w:pPr>
              <w:spacing w:after="0"/>
            </w:pPr>
          </w:p>
        </w:tc>
      </w:tr>
      <w:tr w:rsidR="003A7568" w:rsidRPr="00071401" w14:paraId="51ED601E" w14:textId="77777777">
        <w:trPr>
          <w:jc w:val="center"/>
        </w:trPr>
        <w:tc>
          <w:tcPr>
            <w:tcW w:w="3400" w:type="dxa"/>
            <w:vAlign w:val="center"/>
          </w:tcPr>
          <w:p w14:paraId="74810847" w14:textId="77777777" w:rsidR="003A7568" w:rsidRPr="00071401" w:rsidRDefault="00000000">
            <w:pPr>
              <w:spacing w:after="0"/>
            </w:pPr>
            <w:r w:rsidRPr="00071401">
              <w:rPr>
                <w:sz w:val="17"/>
              </w:rPr>
              <w:t>5</w:t>
            </w:r>
          </w:p>
        </w:tc>
        <w:tc>
          <w:tcPr>
            <w:tcW w:w="3400" w:type="dxa"/>
            <w:vAlign w:val="center"/>
          </w:tcPr>
          <w:p w14:paraId="15277C0A" w14:textId="77777777" w:rsidR="003A7568" w:rsidRPr="00071401" w:rsidRDefault="003A7568">
            <w:pPr>
              <w:spacing w:after="0"/>
            </w:pPr>
          </w:p>
        </w:tc>
        <w:tc>
          <w:tcPr>
            <w:tcW w:w="3400" w:type="dxa"/>
            <w:vAlign w:val="center"/>
          </w:tcPr>
          <w:p w14:paraId="26CE4302" w14:textId="77777777" w:rsidR="003A7568" w:rsidRPr="00071401" w:rsidRDefault="003A7568">
            <w:pPr>
              <w:spacing w:after="0"/>
            </w:pPr>
          </w:p>
        </w:tc>
      </w:tr>
    </w:tbl>
    <w:p w14:paraId="1A8D482D" w14:textId="77777777" w:rsidR="003A7568" w:rsidRPr="00071401" w:rsidRDefault="003A7568"/>
    <w:p w14:paraId="3916A1B1" w14:textId="77777777" w:rsidR="003A7568" w:rsidRPr="00071401" w:rsidRDefault="00000000">
      <w:pPr>
        <w:pStyle w:val="Nagwek1"/>
        <w:rPr>
          <w:color w:val="auto"/>
        </w:rPr>
      </w:pPr>
      <w:r w:rsidRPr="00071401">
        <w:rPr>
          <w:color w:val="auto"/>
        </w:rPr>
        <w:lastRenderedPageBreak/>
        <w:t>5. Oświadczenie Wykonawcy</w:t>
      </w:r>
    </w:p>
    <w:p w14:paraId="3445D7BF" w14:textId="77777777" w:rsidR="003A7568" w:rsidRPr="00071401" w:rsidRDefault="00000000">
      <w:r w:rsidRPr="00071401">
        <w:t>[ ] Wykonawca potwierdza odbycie wizji lokalnej obiektu wskazanego w niniejszym protokole.</w:t>
      </w:r>
    </w:p>
    <w:p w14:paraId="7672890F" w14:textId="77777777" w:rsidR="003A7568" w:rsidRPr="00071401" w:rsidRDefault="00000000">
      <w:r w:rsidRPr="00071401">
        <w:t>[ ] Wykonawca oświadcza, że zapoznał się z warunkami terenowymi, technicznymi i organizacyjnymi mającymi znaczenie dla przygotowania oferty.</w:t>
      </w:r>
    </w:p>
    <w:p w14:paraId="2300FA04" w14:textId="77777777" w:rsidR="003A7568" w:rsidRPr="00071401" w:rsidRDefault="00000000">
      <w:r w:rsidRPr="00071401">
        <w:t>[ ] Wykonawca oświadcza, że uwzględni warunki rozpoznane podczas wizji lokalnej w cenie oferty oraz organizacji robót.</w:t>
      </w:r>
    </w:p>
    <w:p w14:paraId="77841EC7" w14:textId="77777777" w:rsidR="003A7568" w:rsidRPr="00071401" w:rsidRDefault="00000000">
      <w:r w:rsidRPr="00071401">
        <w:t>[ ] Wykonawca przyjmuje do wiadomości, że wszelkie pytania dotyczące dokumentacji postępowania powinny być składane w trybie określonym w SWZ/SIWZ.</w:t>
      </w:r>
    </w:p>
    <w:p w14:paraId="229DA265" w14:textId="77777777" w:rsidR="003A7568" w:rsidRPr="00071401" w:rsidRDefault="00000000">
      <w:pPr>
        <w:pStyle w:val="Nagwek1"/>
        <w:rPr>
          <w:color w:val="auto"/>
        </w:rPr>
      </w:pPr>
      <w:r w:rsidRPr="00071401">
        <w:rPr>
          <w:color w:val="auto"/>
        </w:rPr>
        <w:t>6. Podpisy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3A7568" w:rsidRPr="00071401" w14:paraId="7321A243" w14:textId="77777777">
        <w:trPr>
          <w:tblHeader/>
          <w:jc w:val="center"/>
        </w:trPr>
        <w:tc>
          <w:tcPr>
            <w:tcW w:w="5100" w:type="dxa"/>
            <w:shd w:val="clear" w:color="auto" w:fill="1F4E79"/>
            <w:vAlign w:val="center"/>
          </w:tcPr>
          <w:p w14:paraId="146BB7F6" w14:textId="77777777" w:rsidR="003A7568" w:rsidRPr="00071401" w:rsidRDefault="00000000">
            <w:pPr>
              <w:spacing w:after="0"/>
            </w:pPr>
            <w:r w:rsidRPr="00071401">
              <w:rPr>
                <w:b/>
                <w:sz w:val="18"/>
              </w:rPr>
              <w:t>Zamawiający</w:t>
            </w:r>
          </w:p>
        </w:tc>
        <w:tc>
          <w:tcPr>
            <w:tcW w:w="5100" w:type="dxa"/>
            <w:shd w:val="clear" w:color="auto" w:fill="1F4E79"/>
            <w:vAlign w:val="center"/>
          </w:tcPr>
          <w:p w14:paraId="037D25D9" w14:textId="77777777" w:rsidR="003A7568" w:rsidRPr="00071401" w:rsidRDefault="00000000">
            <w:pPr>
              <w:spacing w:after="0"/>
            </w:pPr>
            <w:r w:rsidRPr="00071401">
              <w:rPr>
                <w:b/>
                <w:sz w:val="18"/>
              </w:rPr>
              <w:t>Wykonawca</w:t>
            </w:r>
          </w:p>
        </w:tc>
      </w:tr>
      <w:tr w:rsidR="003A7568" w:rsidRPr="00071401" w14:paraId="6C32CF28" w14:textId="77777777">
        <w:trPr>
          <w:jc w:val="center"/>
        </w:trPr>
        <w:tc>
          <w:tcPr>
            <w:tcW w:w="5100" w:type="dxa"/>
            <w:vAlign w:val="center"/>
          </w:tcPr>
          <w:p w14:paraId="6C5AD986" w14:textId="77777777" w:rsidR="003A7568" w:rsidRPr="00071401" w:rsidRDefault="00000000">
            <w:pPr>
              <w:spacing w:after="0"/>
            </w:pPr>
            <w:r w:rsidRPr="00071401">
              <w:rPr>
                <w:sz w:val="18"/>
              </w:rPr>
              <w:br/>
            </w:r>
            <w:r w:rsidRPr="00071401">
              <w:rPr>
                <w:sz w:val="18"/>
              </w:rPr>
              <w:br/>
            </w:r>
            <w:r w:rsidRPr="00071401">
              <w:rPr>
                <w:sz w:val="18"/>
              </w:rPr>
              <w:br/>
              <w:t>..........................................................</w:t>
            </w:r>
            <w:r w:rsidRPr="00071401">
              <w:rPr>
                <w:sz w:val="18"/>
              </w:rPr>
              <w:br/>
              <w:t>Podpis</w:t>
            </w:r>
          </w:p>
        </w:tc>
        <w:tc>
          <w:tcPr>
            <w:tcW w:w="5100" w:type="dxa"/>
            <w:vAlign w:val="center"/>
          </w:tcPr>
          <w:p w14:paraId="7457ED2D" w14:textId="77777777" w:rsidR="003A7568" w:rsidRPr="00071401" w:rsidRDefault="00000000">
            <w:pPr>
              <w:spacing w:after="0"/>
            </w:pPr>
            <w:r w:rsidRPr="00071401">
              <w:rPr>
                <w:sz w:val="18"/>
              </w:rPr>
              <w:br/>
            </w:r>
            <w:r w:rsidRPr="00071401">
              <w:rPr>
                <w:sz w:val="18"/>
              </w:rPr>
              <w:br/>
            </w:r>
            <w:r w:rsidRPr="00071401">
              <w:rPr>
                <w:sz w:val="18"/>
              </w:rPr>
              <w:br/>
              <w:t>..........................................................</w:t>
            </w:r>
            <w:r w:rsidRPr="00071401">
              <w:rPr>
                <w:sz w:val="18"/>
              </w:rPr>
              <w:br/>
              <w:t>Podpis</w:t>
            </w:r>
          </w:p>
        </w:tc>
      </w:tr>
    </w:tbl>
    <w:p w14:paraId="74421C73" w14:textId="77777777" w:rsidR="003A7568" w:rsidRPr="00071401" w:rsidRDefault="003A7568"/>
    <w:sectPr w:rsidR="003A7568" w:rsidRPr="00071401" w:rsidSect="00034616">
      <w:footerReference w:type="default" r:id="rId8"/>
      <w:pgSz w:w="12240" w:h="15840"/>
      <w:pgMar w:top="964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84E61" w14:textId="77777777" w:rsidR="00E37993" w:rsidRDefault="00E37993">
      <w:pPr>
        <w:spacing w:after="0" w:line="240" w:lineRule="auto"/>
      </w:pPr>
      <w:r>
        <w:separator/>
      </w:r>
    </w:p>
  </w:endnote>
  <w:endnote w:type="continuationSeparator" w:id="0">
    <w:p w14:paraId="13E21CD1" w14:textId="77777777" w:rsidR="00E37993" w:rsidRDefault="00E37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21F44" w14:textId="360A8445" w:rsidR="003A7568" w:rsidRDefault="00000000">
    <w:pPr>
      <w:pStyle w:val="Stopka"/>
      <w:jc w:val="center"/>
    </w:pPr>
    <w:proofErr w:type="spellStart"/>
    <w:r>
      <w:rPr>
        <w:color w:val="646464"/>
        <w:sz w:val="16"/>
      </w:rPr>
      <w:t>Protokół</w:t>
    </w:r>
    <w:proofErr w:type="spellEnd"/>
    <w:r>
      <w:rPr>
        <w:color w:val="646464"/>
        <w:sz w:val="16"/>
      </w:rPr>
      <w:t xml:space="preserve"> </w:t>
    </w:r>
    <w:proofErr w:type="spellStart"/>
    <w:r>
      <w:rPr>
        <w:color w:val="646464"/>
        <w:sz w:val="16"/>
      </w:rPr>
      <w:t>wizji</w:t>
    </w:r>
    <w:proofErr w:type="spellEnd"/>
    <w:r>
      <w:rPr>
        <w:color w:val="646464"/>
        <w:sz w:val="16"/>
      </w:rPr>
      <w:t xml:space="preserve"> </w:t>
    </w:r>
    <w:proofErr w:type="spellStart"/>
    <w:r>
      <w:rPr>
        <w:color w:val="646464"/>
        <w:sz w:val="16"/>
      </w:rPr>
      <w:t>lokalnej</w:t>
    </w:r>
    <w:proofErr w:type="spellEnd"/>
    <w:r>
      <w:rPr>
        <w:color w:val="646464"/>
        <w:sz w:val="16"/>
      </w:rPr>
      <w:t xml:space="preserve"> - Publiczne </w:t>
    </w:r>
    <w:proofErr w:type="spellStart"/>
    <w:r>
      <w:rPr>
        <w:color w:val="646464"/>
        <w:sz w:val="16"/>
      </w:rPr>
      <w:t>Przedszkole</w:t>
    </w:r>
    <w:proofErr w:type="spellEnd"/>
    <w:r>
      <w:rPr>
        <w:color w:val="646464"/>
        <w:sz w:val="16"/>
      </w:rPr>
      <w:t xml:space="preserve"> w </w:t>
    </w:r>
    <w:proofErr w:type="spellStart"/>
    <w:r>
      <w:rPr>
        <w:color w:val="646464"/>
        <w:sz w:val="16"/>
      </w:rPr>
      <w:t>Brzostku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BA5A5" w14:textId="77777777" w:rsidR="00E37993" w:rsidRDefault="00E37993">
      <w:pPr>
        <w:spacing w:after="0" w:line="240" w:lineRule="auto"/>
      </w:pPr>
      <w:r>
        <w:separator/>
      </w:r>
    </w:p>
  </w:footnote>
  <w:footnote w:type="continuationSeparator" w:id="0">
    <w:p w14:paraId="2063C16F" w14:textId="77777777" w:rsidR="00E37993" w:rsidRDefault="00E37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5252034">
    <w:abstractNumId w:val="8"/>
  </w:num>
  <w:num w:numId="2" w16cid:durableId="1002589949">
    <w:abstractNumId w:val="6"/>
  </w:num>
  <w:num w:numId="3" w16cid:durableId="911541935">
    <w:abstractNumId w:val="5"/>
  </w:num>
  <w:num w:numId="4" w16cid:durableId="1214082628">
    <w:abstractNumId w:val="4"/>
  </w:num>
  <w:num w:numId="5" w16cid:durableId="1757900686">
    <w:abstractNumId w:val="7"/>
  </w:num>
  <w:num w:numId="6" w16cid:durableId="1147747087">
    <w:abstractNumId w:val="3"/>
  </w:num>
  <w:num w:numId="7" w16cid:durableId="935209885">
    <w:abstractNumId w:val="2"/>
  </w:num>
  <w:num w:numId="8" w16cid:durableId="1375346680">
    <w:abstractNumId w:val="1"/>
  </w:num>
  <w:num w:numId="9" w16cid:durableId="466824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401"/>
    <w:rsid w:val="0015074B"/>
    <w:rsid w:val="0029639D"/>
    <w:rsid w:val="00326F90"/>
    <w:rsid w:val="003A7568"/>
    <w:rsid w:val="009A2DBF"/>
    <w:rsid w:val="00AA1D8D"/>
    <w:rsid w:val="00B47730"/>
    <w:rsid w:val="00CB0664"/>
    <w:rsid w:val="00E379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5B4F6"/>
  <w14:defaultImageDpi w14:val="300"/>
  <w15:docId w15:val="{5B8EC4D6-1C51-4D6E-98D2-AF650A4D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/>
    </w:pPr>
    <w:rPr>
      <w:rFonts w:ascii="Calibri" w:eastAsia="Calibri" w:hAnsi="Calibri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Aleksander Styszko</cp:lastModifiedBy>
  <cp:revision>2</cp:revision>
  <dcterms:created xsi:type="dcterms:W3CDTF">2013-12-23T23:15:00Z</dcterms:created>
  <dcterms:modified xsi:type="dcterms:W3CDTF">2026-07-08T15:11:00Z</dcterms:modified>
  <cp:category/>
</cp:coreProperties>
</file>