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BE2D" w14:textId="77777777" w:rsidR="00B0431E" w:rsidRPr="00232C11" w:rsidRDefault="00000000">
      <w:pPr>
        <w:pStyle w:val="Tytu"/>
        <w:jc w:val="center"/>
        <w:rPr>
          <w:color w:val="auto"/>
        </w:rPr>
      </w:pPr>
      <w:r w:rsidRPr="00232C11">
        <w:rPr>
          <w:color w:val="auto"/>
        </w:rPr>
        <w:t>PROTOKÓŁ ODBIORU KOŃCOWEGO ROBÓT</w:t>
      </w:r>
    </w:p>
    <w:p w14:paraId="3132963F" w14:textId="095150F6" w:rsidR="00B0431E" w:rsidRPr="00232C11" w:rsidRDefault="00000000">
      <w:pPr>
        <w:jc w:val="center"/>
      </w:pPr>
      <w:r w:rsidRPr="00232C11">
        <w:rPr>
          <w:b/>
        </w:rPr>
        <w:t xml:space="preserve">Publiczne </w:t>
      </w:r>
      <w:proofErr w:type="spellStart"/>
      <w:r w:rsidRPr="00232C11">
        <w:rPr>
          <w:b/>
        </w:rPr>
        <w:t>Przedszkole</w:t>
      </w:r>
      <w:proofErr w:type="spellEnd"/>
      <w:r w:rsidRPr="00232C11">
        <w:rPr>
          <w:b/>
        </w:rPr>
        <w:t xml:space="preserve"> w </w:t>
      </w:r>
      <w:proofErr w:type="spellStart"/>
      <w:r w:rsidRPr="00232C11">
        <w:rPr>
          <w:b/>
        </w:rPr>
        <w:t>Brzostku</w:t>
      </w:r>
      <w:proofErr w:type="spellEnd"/>
      <w:r w:rsidRPr="00232C11">
        <w:rPr>
          <w:b/>
        </w:rPr>
        <w:br/>
        <w:t>Instalacja PV 28 kWp + magazyn energii 40 kWh</w:t>
      </w:r>
    </w:p>
    <w:p w14:paraId="7CBAB6D1" w14:textId="77777777" w:rsidR="00B0431E" w:rsidRPr="00232C11" w:rsidRDefault="00000000">
      <w:pPr>
        <w:pStyle w:val="Nagwek1"/>
        <w:rPr>
          <w:color w:val="auto"/>
        </w:rPr>
      </w:pPr>
      <w:r w:rsidRPr="00232C11">
        <w:rPr>
          <w:color w:val="auto"/>
        </w:rPr>
        <w:t>1. Dane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0431E" w:rsidRPr="00232C11" w14:paraId="47B676A4" w14:textId="77777777">
        <w:tc>
          <w:tcPr>
            <w:tcW w:w="4320" w:type="dxa"/>
          </w:tcPr>
          <w:p w14:paraId="22045827" w14:textId="77777777" w:rsidR="00B0431E" w:rsidRPr="00232C11" w:rsidRDefault="00000000">
            <w:r w:rsidRPr="00232C11">
              <w:t>Zamawiający</w:t>
            </w:r>
          </w:p>
        </w:tc>
        <w:tc>
          <w:tcPr>
            <w:tcW w:w="4320" w:type="dxa"/>
          </w:tcPr>
          <w:p w14:paraId="1BB69D1F" w14:textId="77777777" w:rsidR="00B0431E" w:rsidRPr="00232C11" w:rsidRDefault="00B0431E"/>
        </w:tc>
      </w:tr>
      <w:tr w:rsidR="00B0431E" w:rsidRPr="00232C11" w14:paraId="3C0B34DD" w14:textId="77777777">
        <w:tc>
          <w:tcPr>
            <w:tcW w:w="4320" w:type="dxa"/>
          </w:tcPr>
          <w:p w14:paraId="3DF25D40" w14:textId="77777777" w:rsidR="00B0431E" w:rsidRPr="00232C11" w:rsidRDefault="00000000">
            <w:r w:rsidRPr="00232C11">
              <w:t>Wykonawca</w:t>
            </w:r>
          </w:p>
        </w:tc>
        <w:tc>
          <w:tcPr>
            <w:tcW w:w="4320" w:type="dxa"/>
          </w:tcPr>
          <w:p w14:paraId="15F03AC4" w14:textId="77777777" w:rsidR="00B0431E" w:rsidRPr="00232C11" w:rsidRDefault="00B0431E"/>
        </w:tc>
      </w:tr>
      <w:tr w:rsidR="00B0431E" w:rsidRPr="00232C11" w14:paraId="62DA8ECB" w14:textId="77777777">
        <w:tc>
          <w:tcPr>
            <w:tcW w:w="4320" w:type="dxa"/>
          </w:tcPr>
          <w:p w14:paraId="14F7DCF4" w14:textId="77777777" w:rsidR="00B0431E" w:rsidRPr="00232C11" w:rsidRDefault="00000000">
            <w:r w:rsidRPr="00232C11">
              <w:t>Obiekt</w:t>
            </w:r>
          </w:p>
        </w:tc>
        <w:tc>
          <w:tcPr>
            <w:tcW w:w="4320" w:type="dxa"/>
          </w:tcPr>
          <w:p w14:paraId="03E427E1" w14:textId="77777777" w:rsidR="00B0431E" w:rsidRPr="00232C11" w:rsidRDefault="00B0431E"/>
        </w:tc>
      </w:tr>
      <w:tr w:rsidR="00B0431E" w:rsidRPr="00232C11" w14:paraId="269F1EC1" w14:textId="77777777">
        <w:tc>
          <w:tcPr>
            <w:tcW w:w="4320" w:type="dxa"/>
          </w:tcPr>
          <w:p w14:paraId="75A4FA74" w14:textId="77777777" w:rsidR="00B0431E" w:rsidRPr="00232C11" w:rsidRDefault="00000000">
            <w:r w:rsidRPr="00232C11">
              <w:t>Data odbioru</w:t>
            </w:r>
          </w:p>
        </w:tc>
        <w:tc>
          <w:tcPr>
            <w:tcW w:w="4320" w:type="dxa"/>
          </w:tcPr>
          <w:p w14:paraId="552925E1" w14:textId="77777777" w:rsidR="00B0431E" w:rsidRPr="00232C11" w:rsidRDefault="00B0431E"/>
        </w:tc>
      </w:tr>
      <w:tr w:rsidR="00B0431E" w:rsidRPr="00232C11" w14:paraId="395DB4BB" w14:textId="77777777">
        <w:tc>
          <w:tcPr>
            <w:tcW w:w="4320" w:type="dxa"/>
          </w:tcPr>
          <w:p w14:paraId="416B88D0" w14:textId="77777777" w:rsidR="00B0431E" w:rsidRPr="00232C11" w:rsidRDefault="00000000">
            <w:r w:rsidRPr="00232C11">
              <w:t>Nr umowy</w:t>
            </w:r>
          </w:p>
        </w:tc>
        <w:tc>
          <w:tcPr>
            <w:tcW w:w="4320" w:type="dxa"/>
          </w:tcPr>
          <w:p w14:paraId="556C5DF7" w14:textId="77777777" w:rsidR="00B0431E" w:rsidRPr="00232C11" w:rsidRDefault="00B0431E"/>
        </w:tc>
      </w:tr>
      <w:tr w:rsidR="00B0431E" w:rsidRPr="00232C11" w14:paraId="30D0C2C7" w14:textId="77777777">
        <w:tc>
          <w:tcPr>
            <w:tcW w:w="4320" w:type="dxa"/>
          </w:tcPr>
          <w:p w14:paraId="5AEB4844" w14:textId="77777777" w:rsidR="00B0431E" w:rsidRPr="00232C11" w:rsidRDefault="00000000">
            <w:r w:rsidRPr="00232C11">
              <w:t>Komisja odbiorowa</w:t>
            </w:r>
          </w:p>
        </w:tc>
        <w:tc>
          <w:tcPr>
            <w:tcW w:w="4320" w:type="dxa"/>
          </w:tcPr>
          <w:p w14:paraId="0F404CD8" w14:textId="77777777" w:rsidR="00B0431E" w:rsidRPr="00232C11" w:rsidRDefault="00B0431E"/>
        </w:tc>
      </w:tr>
      <w:tr w:rsidR="00B0431E" w:rsidRPr="00232C11" w14:paraId="1D7AC9B3" w14:textId="77777777">
        <w:tc>
          <w:tcPr>
            <w:tcW w:w="4320" w:type="dxa"/>
          </w:tcPr>
          <w:p w14:paraId="53CD0AA2" w14:textId="77777777" w:rsidR="00B0431E" w:rsidRPr="00232C11" w:rsidRDefault="00000000">
            <w:r w:rsidRPr="00232C11">
              <w:t>Przedstawiciel Wykonawcy</w:t>
            </w:r>
          </w:p>
        </w:tc>
        <w:tc>
          <w:tcPr>
            <w:tcW w:w="4320" w:type="dxa"/>
          </w:tcPr>
          <w:p w14:paraId="7C1DC77C" w14:textId="77777777" w:rsidR="00B0431E" w:rsidRPr="00232C11" w:rsidRDefault="00B0431E"/>
        </w:tc>
      </w:tr>
    </w:tbl>
    <w:p w14:paraId="0A989001" w14:textId="77777777" w:rsidR="00B0431E" w:rsidRPr="00232C11" w:rsidRDefault="00000000">
      <w:pPr>
        <w:pStyle w:val="Nagwek1"/>
        <w:rPr>
          <w:color w:val="auto"/>
        </w:rPr>
      </w:pPr>
      <w:r w:rsidRPr="00232C11">
        <w:rPr>
          <w:color w:val="auto"/>
        </w:rPr>
        <w:t>2. Zakres odbioru</w:t>
      </w:r>
    </w:p>
    <w:p w14:paraId="19D91DC7" w14:textId="77777777" w:rsidR="00B0431E" w:rsidRPr="00232C11" w:rsidRDefault="00000000">
      <w:r w:rsidRPr="00232C11">
        <w:t>☐ Roboty wykonano zgodnie z dokumentacją projektową.</w:t>
      </w:r>
    </w:p>
    <w:p w14:paraId="39582399" w14:textId="77777777" w:rsidR="00B0431E" w:rsidRPr="00232C11" w:rsidRDefault="00000000">
      <w:r w:rsidRPr="00232C11">
        <w:t>☐ Zweryfikowano kompletność urządzeń.</w:t>
      </w:r>
    </w:p>
    <w:p w14:paraId="055A894A" w14:textId="77777777" w:rsidR="00B0431E" w:rsidRPr="00232C11" w:rsidRDefault="00000000">
      <w:r w:rsidRPr="00232C11">
        <w:t>☐ Zweryfikowano dokumentację powykonawczą.</w:t>
      </w:r>
    </w:p>
    <w:p w14:paraId="7D519427" w14:textId="77777777" w:rsidR="00B0431E" w:rsidRPr="00232C11" w:rsidRDefault="00000000">
      <w:r w:rsidRPr="00232C11">
        <w:t>☐ Zweryfikowano działanie instalacji PV.</w:t>
      </w:r>
    </w:p>
    <w:p w14:paraId="3DAD85D1" w14:textId="77777777" w:rsidR="00B0431E" w:rsidRPr="00232C11" w:rsidRDefault="00000000">
      <w:r w:rsidRPr="00232C11">
        <w:t>☐ Zweryfikowano działanie magazynu energii.</w:t>
      </w:r>
    </w:p>
    <w:p w14:paraId="44F38143" w14:textId="77777777" w:rsidR="00B0431E" w:rsidRPr="00232C11" w:rsidRDefault="00000000">
      <w:r w:rsidRPr="00232C11">
        <w:t>☐ Zweryfikowano monitoring.</w:t>
      </w:r>
    </w:p>
    <w:p w14:paraId="4CB2B51D" w14:textId="77777777" w:rsidR="00B0431E" w:rsidRPr="00232C11" w:rsidRDefault="00000000">
      <w:r w:rsidRPr="00232C11">
        <w:t>☐ Zweryfikowano oznakowanie i zabezpieczenia.</w:t>
      </w:r>
    </w:p>
    <w:p w14:paraId="7EDB0833" w14:textId="77777777" w:rsidR="00B0431E" w:rsidRPr="00232C11" w:rsidRDefault="00000000">
      <w:pPr>
        <w:pStyle w:val="Nagwek1"/>
        <w:rPr>
          <w:color w:val="auto"/>
        </w:rPr>
      </w:pPr>
      <w:r w:rsidRPr="00232C11">
        <w:rPr>
          <w:color w:val="auto"/>
        </w:rPr>
        <w:t>3. Decyzja komisji</w:t>
      </w:r>
    </w:p>
    <w:p w14:paraId="33D69798" w14:textId="77777777" w:rsidR="00B0431E" w:rsidRPr="00232C11" w:rsidRDefault="00000000">
      <w:r w:rsidRPr="00232C11">
        <w:t>☐ Odebrano bez uwag</w:t>
      </w:r>
      <w:r w:rsidRPr="00232C11">
        <w:br/>
        <w:t>☐ Odebrano z uwagami</w:t>
      </w:r>
      <w:r w:rsidRPr="00232C11">
        <w:br/>
        <w:t>☐ Odmówiono odbioru</w:t>
      </w:r>
    </w:p>
    <w:p w14:paraId="4A8280DA" w14:textId="77777777" w:rsidR="00B0431E" w:rsidRPr="00232C11" w:rsidRDefault="00000000">
      <w:pPr>
        <w:pStyle w:val="Nagwek1"/>
        <w:rPr>
          <w:color w:val="auto"/>
        </w:rPr>
      </w:pPr>
      <w:r w:rsidRPr="00232C11">
        <w:rPr>
          <w:color w:val="auto"/>
        </w:rPr>
        <w:t>4. Uwagi</w:t>
      </w:r>
    </w:p>
    <w:p w14:paraId="0B9614D9" w14:textId="77777777" w:rsidR="00B0431E" w:rsidRPr="00232C11" w:rsidRDefault="00000000">
      <w:r w:rsidRPr="00232C11">
        <w:br/>
      </w:r>
      <w:r w:rsidRPr="00232C11">
        <w:br/>
      </w:r>
      <w:r w:rsidRPr="00232C11">
        <w:lastRenderedPageBreak/>
        <w:br/>
      </w:r>
      <w:r w:rsidRPr="00232C11">
        <w:br/>
      </w:r>
      <w:r w:rsidRPr="00232C11">
        <w:br/>
      </w:r>
      <w:r w:rsidRPr="00232C11">
        <w:br/>
      </w:r>
      <w:r w:rsidRPr="00232C11">
        <w:br/>
      </w:r>
      <w:r w:rsidRPr="00232C11">
        <w:br/>
      </w:r>
    </w:p>
    <w:p w14:paraId="17AA80A8" w14:textId="77777777" w:rsidR="00B0431E" w:rsidRPr="00232C11" w:rsidRDefault="00000000">
      <w:pPr>
        <w:pStyle w:val="Nagwek1"/>
        <w:rPr>
          <w:color w:val="auto"/>
        </w:rPr>
      </w:pPr>
      <w:r w:rsidRPr="00232C11">
        <w:rPr>
          <w:color w:val="auto"/>
        </w:rPr>
        <w:t>5. Podpisy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0431E" w:rsidRPr="00232C11" w14:paraId="2458769A" w14:textId="77777777">
        <w:tc>
          <w:tcPr>
            <w:tcW w:w="2880" w:type="dxa"/>
          </w:tcPr>
          <w:p w14:paraId="03166CE0" w14:textId="77777777" w:rsidR="00B0431E" w:rsidRPr="00232C11" w:rsidRDefault="00000000">
            <w:r w:rsidRPr="00232C11">
              <w:t>Zamawiający</w:t>
            </w:r>
          </w:p>
        </w:tc>
        <w:tc>
          <w:tcPr>
            <w:tcW w:w="2880" w:type="dxa"/>
          </w:tcPr>
          <w:p w14:paraId="0E5B7790" w14:textId="77777777" w:rsidR="00B0431E" w:rsidRPr="00232C11" w:rsidRDefault="00000000">
            <w:r w:rsidRPr="00232C11">
              <w:t>Wykonawca</w:t>
            </w:r>
          </w:p>
        </w:tc>
        <w:tc>
          <w:tcPr>
            <w:tcW w:w="2880" w:type="dxa"/>
          </w:tcPr>
          <w:p w14:paraId="66068CE7" w14:textId="77777777" w:rsidR="00B0431E" w:rsidRPr="00232C11" w:rsidRDefault="00000000">
            <w:r w:rsidRPr="00232C11">
              <w:t>Komisja</w:t>
            </w:r>
          </w:p>
        </w:tc>
      </w:tr>
      <w:tr w:rsidR="00B0431E" w:rsidRPr="00232C11" w14:paraId="6990B067" w14:textId="77777777">
        <w:tc>
          <w:tcPr>
            <w:tcW w:w="2880" w:type="dxa"/>
          </w:tcPr>
          <w:p w14:paraId="70CAAF02" w14:textId="77777777" w:rsidR="00B0431E" w:rsidRPr="00232C11" w:rsidRDefault="00B0431E"/>
        </w:tc>
        <w:tc>
          <w:tcPr>
            <w:tcW w:w="2880" w:type="dxa"/>
          </w:tcPr>
          <w:p w14:paraId="2AA8E15B" w14:textId="77777777" w:rsidR="00B0431E" w:rsidRPr="00232C11" w:rsidRDefault="00B0431E"/>
        </w:tc>
        <w:tc>
          <w:tcPr>
            <w:tcW w:w="2880" w:type="dxa"/>
          </w:tcPr>
          <w:p w14:paraId="2BDA1CD4" w14:textId="77777777" w:rsidR="00B0431E" w:rsidRPr="00232C11" w:rsidRDefault="00B0431E"/>
        </w:tc>
      </w:tr>
    </w:tbl>
    <w:p w14:paraId="6ECC52E1" w14:textId="77777777" w:rsidR="00683A95" w:rsidRPr="00232C11" w:rsidRDefault="00683A95"/>
    <w:sectPr w:rsidR="00683A95" w:rsidRPr="00232C11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5BB74" w14:textId="77777777" w:rsidR="00683A95" w:rsidRDefault="00683A95">
      <w:pPr>
        <w:spacing w:after="0" w:line="240" w:lineRule="auto"/>
      </w:pPr>
      <w:r>
        <w:separator/>
      </w:r>
    </w:p>
  </w:endnote>
  <w:endnote w:type="continuationSeparator" w:id="0">
    <w:p w14:paraId="4089FEC1" w14:textId="77777777" w:rsidR="00683A95" w:rsidRDefault="00683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0D7BB" w14:textId="77777777" w:rsidR="00B0431E" w:rsidRDefault="00B043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888F" w14:textId="77777777" w:rsidR="00B0431E" w:rsidRDefault="00B043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BF550" w14:textId="77777777" w:rsidR="00B0431E" w:rsidRDefault="00B04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314FD" w14:textId="77777777" w:rsidR="00683A95" w:rsidRDefault="00683A95">
      <w:pPr>
        <w:spacing w:after="0" w:line="240" w:lineRule="auto"/>
      </w:pPr>
      <w:r>
        <w:separator/>
      </w:r>
    </w:p>
  </w:footnote>
  <w:footnote w:type="continuationSeparator" w:id="0">
    <w:p w14:paraId="604966D1" w14:textId="77777777" w:rsidR="00683A95" w:rsidRDefault="00683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5B543" w14:textId="77777777" w:rsidR="00B0431E" w:rsidRDefault="00B04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45F7" w14:textId="77777777" w:rsidR="00B0431E" w:rsidRDefault="00B043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65A55" w14:textId="77777777" w:rsidR="00B0431E" w:rsidRDefault="00B04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258479">
    <w:abstractNumId w:val="8"/>
  </w:num>
  <w:num w:numId="2" w16cid:durableId="932398811">
    <w:abstractNumId w:val="6"/>
  </w:num>
  <w:num w:numId="3" w16cid:durableId="2057462320">
    <w:abstractNumId w:val="5"/>
  </w:num>
  <w:num w:numId="4" w16cid:durableId="1242834962">
    <w:abstractNumId w:val="4"/>
  </w:num>
  <w:num w:numId="5" w16cid:durableId="1908150996">
    <w:abstractNumId w:val="7"/>
  </w:num>
  <w:num w:numId="6" w16cid:durableId="574822208">
    <w:abstractNumId w:val="3"/>
  </w:num>
  <w:num w:numId="7" w16cid:durableId="7564704">
    <w:abstractNumId w:val="2"/>
  </w:num>
  <w:num w:numId="8" w16cid:durableId="1131560627">
    <w:abstractNumId w:val="1"/>
  </w:num>
  <w:num w:numId="9" w16cid:durableId="107578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2C11"/>
    <w:rsid w:val="0029639D"/>
    <w:rsid w:val="00326F90"/>
    <w:rsid w:val="00683A95"/>
    <w:rsid w:val="009A2DBF"/>
    <w:rsid w:val="00AA1D8D"/>
    <w:rsid w:val="00B0431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E9A27"/>
  <w14:defaultImageDpi w14:val="300"/>
  <w15:docId w15:val="{5B8EC4D6-1C51-4D6E-98D2-AF650A4D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Aleksander Styszko</cp:lastModifiedBy>
  <cp:revision>2</cp:revision>
  <dcterms:created xsi:type="dcterms:W3CDTF">2013-12-23T23:15:00Z</dcterms:created>
  <dcterms:modified xsi:type="dcterms:W3CDTF">2026-07-08T15:09:00Z</dcterms:modified>
  <cp:category/>
</cp:coreProperties>
</file>