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660C12" w14:textId="77777777" w:rsidR="004669FB" w:rsidRPr="00532420" w:rsidRDefault="00000000">
      <w:pPr>
        <w:pStyle w:val="Tytu"/>
        <w:jc w:val="center"/>
        <w:rPr>
          <w:color w:val="auto"/>
        </w:rPr>
      </w:pPr>
      <w:r w:rsidRPr="00532420">
        <w:rPr>
          <w:color w:val="auto"/>
        </w:rPr>
        <w:t>PROTOKÓŁ SZKOLENIA UŻYTKOWNIKÓW</w:t>
      </w:r>
    </w:p>
    <w:p w14:paraId="13E9D1D4" w14:textId="1B0D9BCF" w:rsidR="004669FB" w:rsidRPr="00532420" w:rsidRDefault="00000000">
      <w:pPr>
        <w:jc w:val="center"/>
      </w:pPr>
      <w:r w:rsidRPr="00532420">
        <w:rPr>
          <w:b/>
        </w:rPr>
        <w:t xml:space="preserve">Publiczne </w:t>
      </w:r>
      <w:proofErr w:type="spellStart"/>
      <w:r w:rsidRPr="00532420">
        <w:rPr>
          <w:b/>
        </w:rPr>
        <w:t>Przedszkole</w:t>
      </w:r>
      <w:proofErr w:type="spellEnd"/>
      <w:r w:rsidRPr="00532420">
        <w:rPr>
          <w:b/>
        </w:rPr>
        <w:t xml:space="preserve"> w </w:t>
      </w:r>
      <w:proofErr w:type="spellStart"/>
      <w:r w:rsidRPr="00532420">
        <w:rPr>
          <w:b/>
        </w:rPr>
        <w:t>Brzostku</w:t>
      </w:r>
      <w:proofErr w:type="spellEnd"/>
    </w:p>
    <w:p w14:paraId="0C2369D7" w14:textId="77777777" w:rsidR="004669FB" w:rsidRPr="00532420" w:rsidRDefault="00000000">
      <w:pPr>
        <w:pStyle w:val="Nagwek1"/>
        <w:rPr>
          <w:color w:val="auto"/>
        </w:rPr>
      </w:pPr>
      <w:r w:rsidRPr="00532420">
        <w:rPr>
          <w:color w:val="auto"/>
        </w:rPr>
        <w:t>Zakres szkolenia</w:t>
      </w:r>
    </w:p>
    <w:p w14:paraId="45A01CF2" w14:textId="77777777" w:rsidR="004669FB" w:rsidRPr="00532420" w:rsidRDefault="00000000">
      <w:r w:rsidRPr="00532420">
        <w:t>☐ Obsługa falownika</w:t>
      </w:r>
    </w:p>
    <w:p w14:paraId="2A834077" w14:textId="77777777" w:rsidR="004669FB" w:rsidRPr="00532420" w:rsidRDefault="00000000">
      <w:r w:rsidRPr="00532420">
        <w:t>☐ Obsługa magazynu energii</w:t>
      </w:r>
    </w:p>
    <w:p w14:paraId="084CD2D3" w14:textId="77777777" w:rsidR="004669FB" w:rsidRPr="00532420" w:rsidRDefault="00000000">
      <w:r w:rsidRPr="00532420">
        <w:t>☐ Monitoring</w:t>
      </w:r>
    </w:p>
    <w:p w14:paraId="0640A7F8" w14:textId="77777777" w:rsidR="004669FB" w:rsidRPr="00532420" w:rsidRDefault="00000000">
      <w:r w:rsidRPr="00532420">
        <w:t>☐ Bezpieczeństwo</w:t>
      </w:r>
    </w:p>
    <w:p w14:paraId="79789B39" w14:textId="77777777" w:rsidR="004669FB" w:rsidRPr="00532420" w:rsidRDefault="00000000">
      <w:r w:rsidRPr="00532420">
        <w:t>☐ Postępowanie w przypadku awarii</w:t>
      </w:r>
    </w:p>
    <w:p w14:paraId="22E7DA83" w14:textId="77777777" w:rsidR="004669FB" w:rsidRPr="00532420" w:rsidRDefault="00000000">
      <w:r w:rsidRPr="00532420">
        <w:t>☐ Warunki gwarancji</w:t>
      </w:r>
    </w:p>
    <w:p w14:paraId="33B6905C" w14:textId="77777777" w:rsidR="004669FB" w:rsidRPr="00532420" w:rsidRDefault="00000000">
      <w:pPr>
        <w:pStyle w:val="Nagwek1"/>
        <w:rPr>
          <w:color w:val="auto"/>
        </w:rPr>
      </w:pPr>
      <w:r w:rsidRPr="00532420">
        <w:rPr>
          <w:color w:val="auto"/>
        </w:rPr>
        <w:t>Lista uczestników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4669FB" w:rsidRPr="00532420" w14:paraId="013B9C35" w14:textId="77777777">
        <w:tc>
          <w:tcPr>
            <w:tcW w:w="2880" w:type="dxa"/>
          </w:tcPr>
          <w:p w14:paraId="7DCCD8CF" w14:textId="77777777" w:rsidR="004669FB" w:rsidRPr="00532420" w:rsidRDefault="00000000">
            <w:r w:rsidRPr="00532420">
              <w:t>Lp.</w:t>
            </w:r>
          </w:p>
        </w:tc>
        <w:tc>
          <w:tcPr>
            <w:tcW w:w="2880" w:type="dxa"/>
          </w:tcPr>
          <w:p w14:paraId="36A670AA" w14:textId="77777777" w:rsidR="004669FB" w:rsidRPr="00532420" w:rsidRDefault="00000000">
            <w:r w:rsidRPr="00532420">
              <w:t>Imię i nazwisko</w:t>
            </w:r>
          </w:p>
        </w:tc>
        <w:tc>
          <w:tcPr>
            <w:tcW w:w="2880" w:type="dxa"/>
          </w:tcPr>
          <w:p w14:paraId="2A3D0027" w14:textId="77777777" w:rsidR="004669FB" w:rsidRPr="00532420" w:rsidRDefault="00000000">
            <w:r w:rsidRPr="00532420">
              <w:t>Podpis</w:t>
            </w:r>
          </w:p>
        </w:tc>
      </w:tr>
      <w:tr w:rsidR="004669FB" w:rsidRPr="00532420" w14:paraId="10D26C2B" w14:textId="77777777">
        <w:tc>
          <w:tcPr>
            <w:tcW w:w="2880" w:type="dxa"/>
          </w:tcPr>
          <w:p w14:paraId="66E44E08" w14:textId="77777777" w:rsidR="004669FB" w:rsidRPr="00532420" w:rsidRDefault="00000000">
            <w:r w:rsidRPr="00532420">
              <w:t>1</w:t>
            </w:r>
          </w:p>
        </w:tc>
        <w:tc>
          <w:tcPr>
            <w:tcW w:w="2880" w:type="dxa"/>
          </w:tcPr>
          <w:p w14:paraId="5F926C43" w14:textId="77777777" w:rsidR="004669FB" w:rsidRPr="00532420" w:rsidRDefault="004669FB"/>
        </w:tc>
        <w:tc>
          <w:tcPr>
            <w:tcW w:w="2880" w:type="dxa"/>
          </w:tcPr>
          <w:p w14:paraId="0F50261A" w14:textId="77777777" w:rsidR="004669FB" w:rsidRPr="00532420" w:rsidRDefault="004669FB"/>
        </w:tc>
      </w:tr>
      <w:tr w:rsidR="004669FB" w:rsidRPr="00532420" w14:paraId="47010D25" w14:textId="77777777">
        <w:tc>
          <w:tcPr>
            <w:tcW w:w="2880" w:type="dxa"/>
          </w:tcPr>
          <w:p w14:paraId="738C745A" w14:textId="77777777" w:rsidR="004669FB" w:rsidRPr="00532420" w:rsidRDefault="00000000">
            <w:r w:rsidRPr="00532420">
              <w:t>2</w:t>
            </w:r>
          </w:p>
        </w:tc>
        <w:tc>
          <w:tcPr>
            <w:tcW w:w="2880" w:type="dxa"/>
          </w:tcPr>
          <w:p w14:paraId="6E588C84" w14:textId="77777777" w:rsidR="004669FB" w:rsidRPr="00532420" w:rsidRDefault="004669FB"/>
        </w:tc>
        <w:tc>
          <w:tcPr>
            <w:tcW w:w="2880" w:type="dxa"/>
          </w:tcPr>
          <w:p w14:paraId="56138C7A" w14:textId="77777777" w:rsidR="004669FB" w:rsidRPr="00532420" w:rsidRDefault="004669FB"/>
        </w:tc>
      </w:tr>
      <w:tr w:rsidR="004669FB" w:rsidRPr="00532420" w14:paraId="5DAE8EF8" w14:textId="77777777">
        <w:tc>
          <w:tcPr>
            <w:tcW w:w="2880" w:type="dxa"/>
          </w:tcPr>
          <w:p w14:paraId="0E6222B4" w14:textId="77777777" w:rsidR="004669FB" w:rsidRPr="00532420" w:rsidRDefault="00000000">
            <w:r w:rsidRPr="00532420">
              <w:t>3</w:t>
            </w:r>
          </w:p>
        </w:tc>
        <w:tc>
          <w:tcPr>
            <w:tcW w:w="2880" w:type="dxa"/>
          </w:tcPr>
          <w:p w14:paraId="65DA1A32" w14:textId="77777777" w:rsidR="004669FB" w:rsidRPr="00532420" w:rsidRDefault="004669FB"/>
        </w:tc>
        <w:tc>
          <w:tcPr>
            <w:tcW w:w="2880" w:type="dxa"/>
          </w:tcPr>
          <w:p w14:paraId="7B2BE2F3" w14:textId="77777777" w:rsidR="004669FB" w:rsidRPr="00532420" w:rsidRDefault="004669FB"/>
        </w:tc>
      </w:tr>
      <w:tr w:rsidR="004669FB" w:rsidRPr="00532420" w14:paraId="4B3E0BFA" w14:textId="77777777">
        <w:tc>
          <w:tcPr>
            <w:tcW w:w="2880" w:type="dxa"/>
          </w:tcPr>
          <w:p w14:paraId="0CAFA254" w14:textId="77777777" w:rsidR="004669FB" w:rsidRPr="00532420" w:rsidRDefault="00000000">
            <w:r w:rsidRPr="00532420">
              <w:t>4</w:t>
            </w:r>
          </w:p>
        </w:tc>
        <w:tc>
          <w:tcPr>
            <w:tcW w:w="2880" w:type="dxa"/>
          </w:tcPr>
          <w:p w14:paraId="48F32903" w14:textId="77777777" w:rsidR="004669FB" w:rsidRPr="00532420" w:rsidRDefault="004669FB"/>
        </w:tc>
        <w:tc>
          <w:tcPr>
            <w:tcW w:w="2880" w:type="dxa"/>
          </w:tcPr>
          <w:p w14:paraId="33793048" w14:textId="77777777" w:rsidR="004669FB" w:rsidRPr="00532420" w:rsidRDefault="004669FB"/>
        </w:tc>
      </w:tr>
      <w:tr w:rsidR="004669FB" w:rsidRPr="00532420" w14:paraId="2A343667" w14:textId="77777777">
        <w:tc>
          <w:tcPr>
            <w:tcW w:w="2880" w:type="dxa"/>
          </w:tcPr>
          <w:p w14:paraId="265E5D26" w14:textId="77777777" w:rsidR="004669FB" w:rsidRPr="00532420" w:rsidRDefault="00000000">
            <w:r w:rsidRPr="00532420">
              <w:t>5</w:t>
            </w:r>
          </w:p>
        </w:tc>
        <w:tc>
          <w:tcPr>
            <w:tcW w:w="2880" w:type="dxa"/>
          </w:tcPr>
          <w:p w14:paraId="0D2840CB" w14:textId="77777777" w:rsidR="004669FB" w:rsidRPr="00532420" w:rsidRDefault="004669FB"/>
        </w:tc>
        <w:tc>
          <w:tcPr>
            <w:tcW w:w="2880" w:type="dxa"/>
          </w:tcPr>
          <w:p w14:paraId="5C4A51E2" w14:textId="77777777" w:rsidR="004669FB" w:rsidRPr="00532420" w:rsidRDefault="004669FB"/>
        </w:tc>
      </w:tr>
    </w:tbl>
    <w:p w14:paraId="6750942E" w14:textId="77777777" w:rsidR="00532420" w:rsidRDefault="00000000">
      <w:r w:rsidRPr="00532420">
        <w:br/>
      </w:r>
    </w:p>
    <w:p w14:paraId="3017C517" w14:textId="741F1409" w:rsidR="004669FB" w:rsidRPr="00532420" w:rsidRDefault="00000000">
      <w:proofErr w:type="spellStart"/>
      <w:r w:rsidRPr="00532420">
        <w:t>Prowadzący</w:t>
      </w:r>
      <w:proofErr w:type="spellEnd"/>
      <w:r w:rsidRPr="00532420">
        <w:t xml:space="preserve"> </w:t>
      </w:r>
      <w:proofErr w:type="spellStart"/>
      <w:r w:rsidRPr="00532420">
        <w:t>szkolenie</w:t>
      </w:r>
      <w:proofErr w:type="spellEnd"/>
      <w:r w:rsidRPr="00532420">
        <w:t>: ____________________</w:t>
      </w:r>
    </w:p>
    <w:sectPr w:rsidR="004669FB" w:rsidRPr="00532420" w:rsidSect="000346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566EB" w14:textId="77777777" w:rsidR="00567A26" w:rsidRDefault="00567A26">
      <w:pPr>
        <w:spacing w:after="0" w:line="240" w:lineRule="auto"/>
      </w:pPr>
      <w:r>
        <w:separator/>
      </w:r>
    </w:p>
  </w:endnote>
  <w:endnote w:type="continuationSeparator" w:id="0">
    <w:p w14:paraId="116A7CFE" w14:textId="77777777" w:rsidR="00567A26" w:rsidRDefault="00567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F70EE" w14:textId="77777777" w:rsidR="004669FB" w:rsidRDefault="004669F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DAF2" w14:textId="77777777" w:rsidR="004669FB" w:rsidRDefault="004669F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26858" w14:textId="77777777" w:rsidR="004669FB" w:rsidRDefault="004669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9029A" w14:textId="77777777" w:rsidR="00567A26" w:rsidRDefault="00567A26">
      <w:pPr>
        <w:spacing w:after="0" w:line="240" w:lineRule="auto"/>
      </w:pPr>
      <w:r>
        <w:separator/>
      </w:r>
    </w:p>
  </w:footnote>
  <w:footnote w:type="continuationSeparator" w:id="0">
    <w:p w14:paraId="24A50996" w14:textId="77777777" w:rsidR="00567A26" w:rsidRDefault="00567A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3C3F0D" w14:textId="77777777" w:rsidR="004669FB" w:rsidRDefault="004669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93922" w14:textId="77777777" w:rsidR="004669FB" w:rsidRDefault="004669F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839F4" w14:textId="77777777" w:rsidR="004669FB" w:rsidRDefault="004669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972785752">
    <w:abstractNumId w:val="8"/>
  </w:num>
  <w:num w:numId="2" w16cid:durableId="1235894777">
    <w:abstractNumId w:val="6"/>
  </w:num>
  <w:num w:numId="3" w16cid:durableId="1841122179">
    <w:abstractNumId w:val="5"/>
  </w:num>
  <w:num w:numId="4" w16cid:durableId="253900617">
    <w:abstractNumId w:val="4"/>
  </w:num>
  <w:num w:numId="5" w16cid:durableId="462191521">
    <w:abstractNumId w:val="7"/>
  </w:num>
  <w:num w:numId="6" w16cid:durableId="1452624402">
    <w:abstractNumId w:val="3"/>
  </w:num>
  <w:num w:numId="7" w16cid:durableId="554510388">
    <w:abstractNumId w:val="2"/>
  </w:num>
  <w:num w:numId="8" w16cid:durableId="482891102">
    <w:abstractNumId w:val="1"/>
  </w:num>
  <w:num w:numId="9" w16cid:durableId="1002901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669FB"/>
    <w:rsid w:val="00532420"/>
    <w:rsid w:val="00567A26"/>
    <w:rsid w:val="009A2DB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8B6AEA2"/>
  <w14:defaultImageDpi w14:val="300"/>
  <w15:docId w15:val="{5B8EC4D6-1C51-4D6E-98D2-AF650A4DD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rPr>
      <w:rFonts w:ascii="Calibri" w:hAnsi="Calibri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Aleksander Styszko</cp:lastModifiedBy>
  <cp:revision>2</cp:revision>
  <dcterms:created xsi:type="dcterms:W3CDTF">2013-12-23T23:15:00Z</dcterms:created>
  <dcterms:modified xsi:type="dcterms:W3CDTF">2026-07-08T15:10:00Z</dcterms:modified>
  <cp:category/>
</cp:coreProperties>
</file>