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23B31" w14:textId="77777777" w:rsidR="00896AB1" w:rsidRPr="00B903C5" w:rsidRDefault="00000000">
      <w:pPr>
        <w:pStyle w:val="Tytu"/>
        <w:jc w:val="center"/>
        <w:rPr>
          <w:color w:val="auto"/>
        </w:rPr>
      </w:pPr>
      <w:r w:rsidRPr="00B903C5">
        <w:rPr>
          <w:color w:val="auto"/>
        </w:rPr>
        <w:t>PROTOKÓŁ URUCHOMIENIA INSTALACJI PV</w:t>
      </w:r>
    </w:p>
    <w:p w14:paraId="6255A762" w14:textId="1C5AF770" w:rsidR="00896AB1" w:rsidRPr="00B903C5" w:rsidRDefault="00000000">
      <w:pPr>
        <w:jc w:val="center"/>
      </w:pPr>
      <w:r w:rsidRPr="00B903C5">
        <w:rPr>
          <w:b/>
        </w:rPr>
        <w:t xml:space="preserve">Publiczne </w:t>
      </w:r>
      <w:proofErr w:type="spellStart"/>
      <w:r w:rsidRPr="00B903C5">
        <w:rPr>
          <w:b/>
        </w:rPr>
        <w:t>Przedszkole</w:t>
      </w:r>
      <w:proofErr w:type="spellEnd"/>
      <w:r w:rsidRPr="00B903C5">
        <w:rPr>
          <w:b/>
        </w:rPr>
        <w:t xml:space="preserve"> w </w:t>
      </w:r>
      <w:proofErr w:type="spellStart"/>
      <w:r w:rsidRPr="00B903C5">
        <w:rPr>
          <w:b/>
        </w:rPr>
        <w:t>Brzostku</w:t>
      </w:r>
      <w:proofErr w:type="spellEnd"/>
    </w:p>
    <w:p w14:paraId="0B03399D" w14:textId="77777777" w:rsidR="00896AB1" w:rsidRPr="00B903C5" w:rsidRDefault="00000000">
      <w:pPr>
        <w:pStyle w:val="Nagwek1"/>
        <w:rPr>
          <w:color w:val="auto"/>
        </w:rPr>
      </w:pPr>
      <w:r w:rsidRPr="00B903C5">
        <w:rPr>
          <w:color w:val="auto"/>
        </w:rPr>
        <w:t>Dane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96AB1" w:rsidRPr="00B903C5" w14:paraId="76EA27CC" w14:textId="77777777">
        <w:tc>
          <w:tcPr>
            <w:tcW w:w="4320" w:type="dxa"/>
          </w:tcPr>
          <w:p w14:paraId="15C5FBCD" w14:textId="77777777" w:rsidR="00896AB1" w:rsidRPr="00B903C5" w:rsidRDefault="00000000">
            <w:r w:rsidRPr="00B903C5">
              <w:t>Data</w:t>
            </w:r>
          </w:p>
        </w:tc>
        <w:tc>
          <w:tcPr>
            <w:tcW w:w="4320" w:type="dxa"/>
          </w:tcPr>
          <w:p w14:paraId="6759B10D" w14:textId="77777777" w:rsidR="00896AB1" w:rsidRPr="00B903C5" w:rsidRDefault="00896AB1"/>
        </w:tc>
      </w:tr>
      <w:tr w:rsidR="00896AB1" w:rsidRPr="00B903C5" w14:paraId="510BC1F0" w14:textId="77777777">
        <w:tc>
          <w:tcPr>
            <w:tcW w:w="4320" w:type="dxa"/>
          </w:tcPr>
          <w:p w14:paraId="1005A26A" w14:textId="77777777" w:rsidR="00896AB1" w:rsidRPr="00B903C5" w:rsidRDefault="00000000">
            <w:r w:rsidRPr="00B903C5">
              <w:t>Falownik</w:t>
            </w:r>
          </w:p>
        </w:tc>
        <w:tc>
          <w:tcPr>
            <w:tcW w:w="4320" w:type="dxa"/>
          </w:tcPr>
          <w:p w14:paraId="4334862A" w14:textId="77777777" w:rsidR="00896AB1" w:rsidRPr="00B903C5" w:rsidRDefault="00896AB1"/>
        </w:tc>
      </w:tr>
      <w:tr w:rsidR="00896AB1" w:rsidRPr="00B903C5" w14:paraId="5EAB24A7" w14:textId="77777777">
        <w:tc>
          <w:tcPr>
            <w:tcW w:w="4320" w:type="dxa"/>
          </w:tcPr>
          <w:p w14:paraId="4B1BF55F" w14:textId="77777777" w:rsidR="00896AB1" w:rsidRPr="00B903C5" w:rsidRDefault="00000000">
            <w:r w:rsidRPr="00B903C5">
              <w:t>Liczba modułów</w:t>
            </w:r>
          </w:p>
        </w:tc>
        <w:tc>
          <w:tcPr>
            <w:tcW w:w="4320" w:type="dxa"/>
          </w:tcPr>
          <w:p w14:paraId="0AA1078B" w14:textId="77777777" w:rsidR="00896AB1" w:rsidRPr="00B903C5" w:rsidRDefault="00896AB1"/>
        </w:tc>
      </w:tr>
      <w:tr w:rsidR="00896AB1" w:rsidRPr="00B903C5" w14:paraId="2FEC1251" w14:textId="77777777">
        <w:tc>
          <w:tcPr>
            <w:tcW w:w="4320" w:type="dxa"/>
          </w:tcPr>
          <w:p w14:paraId="66AA0D9B" w14:textId="77777777" w:rsidR="00896AB1" w:rsidRPr="00B903C5" w:rsidRDefault="00000000">
            <w:r w:rsidRPr="00B903C5">
              <w:t>Moc instalacji</w:t>
            </w:r>
          </w:p>
        </w:tc>
        <w:tc>
          <w:tcPr>
            <w:tcW w:w="4320" w:type="dxa"/>
          </w:tcPr>
          <w:p w14:paraId="24D8E594" w14:textId="77777777" w:rsidR="00896AB1" w:rsidRPr="00B903C5" w:rsidRDefault="00896AB1"/>
        </w:tc>
      </w:tr>
    </w:tbl>
    <w:p w14:paraId="0E878612" w14:textId="77777777" w:rsidR="00896AB1" w:rsidRPr="00B903C5" w:rsidRDefault="00000000">
      <w:pPr>
        <w:pStyle w:val="Nagwek1"/>
        <w:rPr>
          <w:color w:val="auto"/>
        </w:rPr>
      </w:pPr>
      <w:r w:rsidRPr="00B903C5">
        <w:rPr>
          <w:color w:val="auto"/>
        </w:rPr>
        <w:t>Kontrola</w:t>
      </w:r>
    </w:p>
    <w:p w14:paraId="002F0F73" w14:textId="77777777" w:rsidR="00896AB1" w:rsidRPr="00B903C5" w:rsidRDefault="00000000">
      <w:r w:rsidRPr="00B903C5">
        <w:t>☐ Polaryzacja stringów</w:t>
      </w:r>
    </w:p>
    <w:p w14:paraId="28705704" w14:textId="77777777" w:rsidR="00896AB1" w:rsidRPr="00B903C5" w:rsidRDefault="00000000">
      <w:r w:rsidRPr="00B903C5">
        <w:t>☐ Rezystancja izolacji</w:t>
      </w:r>
    </w:p>
    <w:p w14:paraId="78C6FCAF" w14:textId="77777777" w:rsidR="00896AB1" w:rsidRPr="00B903C5" w:rsidRDefault="00000000">
      <w:r w:rsidRPr="00B903C5">
        <w:t>☐ Napięcia DC</w:t>
      </w:r>
    </w:p>
    <w:p w14:paraId="04D8B1B3" w14:textId="77777777" w:rsidR="00896AB1" w:rsidRPr="00B903C5" w:rsidRDefault="00000000">
      <w:r w:rsidRPr="00B903C5">
        <w:t>☐ Komunikacja</w:t>
      </w:r>
    </w:p>
    <w:p w14:paraId="0825D7B4" w14:textId="77777777" w:rsidR="00896AB1" w:rsidRPr="00B903C5" w:rsidRDefault="00000000">
      <w:r w:rsidRPr="00B903C5">
        <w:t>☐ Monitoring</w:t>
      </w:r>
    </w:p>
    <w:p w14:paraId="2ED0C64B" w14:textId="77777777" w:rsidR="00896AB1" w:rsidRPr="00B903C5" w:rsidRDefault="00000000">
      <w:r w:rsidRPr="00B903C5">
        <w:t>☐ Produkcja energii widoczna</w:t>
      </w:r>
    </w:p>
    <w:p w14:paraId="1A54040A" w14:textId="27100538" w:rsidR="00896AB1" w:rsidRPr="00B903C5" w:rsidRDefault="00000000">
      <w:r w:rsidRPr="00B903C5">
        <w:br/>
      </w:r>
      <w:proofErr w:type="spellStart"/>
      <w:r w:rsidRPr="00B903C5">
        <w:t>Podpis</w:t>
      </w:r>
      <w:proofErr w:type="spellEnd"/>
      <w:r w:rsidRPr="00B903C5">
        <w:t xml:space="preserve"> </w:t>
      </w:r>
      <w:proofErr w:type="spellStart"/>
      <w:r w:rsidRPr="00B903C5">
        <w:t>Zamawiającego</w:t>
      </w:r>
      <w:proofErr w:type="spellEnd"/>
      <w:r w:rsidRPr="00B903C5">
        <w:t xml:space="preserve">: __________    </w:t>
      </w:r>
      <w:r w:rsidR="00B903C5">
        <w:tab/>
      </w:r>
      <w:r w:rsidR="00B903C5">
        <w:tab/>
      </w:r>
      <w:r w:rsidR="00B903C5">
        <w:tab/>
      </w:r>
      <w:proofErr w:type="spellStart"/>
      <w:r w:rsidRPr="00B903C5">
        <w:t>Podpis</w:t>
      </w:r>
      <w:proofErr w:type="spellEnd"/>
      <w:r w:rsidRPr="00B903C5">
        <w:t xml:space="preserve"> Wykonawcy: __________</w:t>
      </w:r>
    </w:p>
    <w:sectPr w:rsidR="00896AB1" w:rsidRPr="00B903C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BE1C" w14:textId="77777777" w:rsidR="007B1EB8" w:rsidRDefault="007B1EB8">
      <w:pPr>
        <w:spacing w:after="0" w:line="240" w:lineRule="auto"/>
      </w:pPr>
      <w:r>
        <w:separator/>
      </w:r>
    </w:p>
  </w:endnote>
  <w:endnote w:type="continuationSeparator" w:id="0">
    <w:p w14:paraId="282D1FB0" w14:textId="77777777" w:rsidR="007B1EB8" w:rsidRDefault="007B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D1E5" w14:textId="77777777" w:rsidR="00896AB1" w:rsidRDefault="00896A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416A4" w14:textId="77777777" w:rsidR="00896AB1" w:rsidRDefault="00896A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B92" w14:textId="77777777" w:rsidR="00896AB1" w:rsidRDefault="00896A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F9AA8" w14:textId="77777777" w:rsidR="007B1EB8" w:rsidRDefault="007B1EB8">
      <w:pPr>
        <w:spacing w:after="0" w:line="240" w:lineRule="auto"/>
      </w:pPr>
      <w:r>
        <w:separator/>
      </w:r>
    </w:p>
  </w:footnote>
  <w:footnote w:type="continuationSeparator" w:id="0">
    <w:p w14:paraId="5E576010" w14:textId="77777777" w:rsidR="007B1EB8" w:rsidRDefault="007B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B38B4" w14:textId="77777777" w:rsidR="00896AB1" w:rsidRDefault="00896A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C593" w14:textId="77777777" w:rsidR="00896AB1" w:rsidRDefault="00896A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48B6" w14:textId="77777777" w:rsidR="00896AB1" w:rsidRDefault="00896A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6160673">
    <w:abstractNumId w:val="8"/>
  </w:num>
  <w:num w:numId="2" w16cid:durableId="1390029293">
    <w:abstractNumId w:val="6"/>
  </w:num>
  <w:num w:numId="3" w16cid:durableId="454059434">
    <w:abstractNumId w:val="5"/>
  </w:num>
  <w:num w:numId="4" w16cid:durableId="970132329">
    <w:abstractNumId w:val="4"/>
  </w:num>
  <w:num w:numId="5" w16cid:durableId="999576011">
    <w:abstractNumId w:val="7"/>
  </w:num>
  <w:num w:numId="6" w16cid:durableId="1452673589">
    <w:abstractNumId w:val="3"/>
  </w:num>
  <w:num w:numId="7" w16cid:durableId="313753371">
    <w:abstractNumId w:val="2"/>
  </w:num>
  <w:num w:numId="8" w16cid:durableId="1095907138">
    <w:abstractNumId w:val="1"/>
  </w:num>
  <w:num w:numId="9" w16cid:durableId="50621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1EB8"/>
    <w:rsid w:val="00896AB1"/>
    <w:rsid w:val="009A2DBF"/>
    <w:rsid w:val="00AA1D8D"/>
    <w:rsid w:val="00B47730"/>
    <w:rsid w:val="00B903C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EDDDC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2026-07-08T15:10:00Z</dcterms:modified>
  <cp:category/>
</cp:coreProperties>
</file>