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77D1" w14:textId="77777777" w:rsidR="00920903" w:rsidRPr="00DC2348" w:rsidRDefault="00000000">
      <w:pPr>
        <w:pStyle w:val="Tytu"/>
        <w:jc w:val="center"/>
        <w:rPr>
          <w:color w:val="auto"/>
        </w:rPr>
      </w:pPr>
      <w:r w:rsidRPr="00DC2348">
        <w:rPr>
          <w:color w:val="auto"/>
        </w:rPr>
        <w:t>ZAŁĄCZNIK NR 1 DO OPZ</w:t>
      </w:r>
    </w:p>
    <w:p w14:paraId="35666CE9" w14:textId="375538E4" w:rsidR="00920903" w:rsidRPr="00DC2348" w:rsidRDefault="00000000">
      <w:pPr>
        <w:jc w:val="center"/>
      </w:pPr>
      <w:proofErr w:type="spellStart"/>
      <w:r w:rsidRPr="00DC2348">
        <w:t>Minimalne</w:t>
      </w:r>
      <w:proofErr w:type="spellEnd"/>
      <w:r w:rsidRPr="00DC2348">
        <w:t xml:space="preserve"> </w:t>
      </w:r>
      <w:proofErr w:type="spellStart"/>
      <w:r w:rsidRPr="00DC2348">
        <w:t>wymagania</w:t>
      </w:r>
      <w:proofErr w:type="spellEnd"/>
      <w:r w:rsidRPr="00DC2348">
        <w:t xml:space="preserve"> </w:t>
      </w:r>
      <w:proofErr w:type="spellStart"/>
      <w:r w:rsidRPr="00DC2348">
        <w:t>techniczne</w:t>
      </w:r>
      <w:proofErr w:type="spellEnd"/>
      <w:r w:rsidRPr="00DC2348">
        <w:t xml:space="preserve"> </w:t>
      </w:r>
      <w:proofErr w:type="spellStart"/>
      <w:r w:rsidRPr="00DC2348">
        <w:t>urządzeń</w:t>
      </w:r>
      <w:proofErr w:type="spellEnd"/>
      <w:r w:rsidRPr="00DC2348">
        <w:br/>
      </w:r>
      <w:r w:rsidRPr="00DC2348">
        <w:rPr>
          <w:b/>
        </w:rPr>
        <w:t xml:space="preserve">Publiczne </w:t>
      </w:r>
      <w:proofErr w:type="spellStart"/>
      <w:r w:rsidRPr="00DC2348">
        <w:rPr>
          <w:b/>
        </w:rPr>
        <w:t>Przedszkole</w:t>
      </w:r>
      <w:proofErr w:type="spellEnd"/>
      <w:r w:rsidRPr="00DC2348">
        <w:rPr>
          <w:b/>
        </w:rPr>
        <w:t xml:space="preserve"> w </w:t>
      </w:r>
      <w:proofErr w:type="spellStart"/>
      <w:r w:rsidRPr="00DC2348">
        <w:rPr>
          <w:b/>
        </w:rPr>
        <w:t>Brzostku</w:t>
      </w:r>
      <w:proofErr w:type="spellEnd"/>
      <w:r w:rsidRPr="00DC2348">
        <w:rPr>
          <w:b/>
        </w:rPr>
        <w:br/>
      </w:r>
      <w:r w:rsidRPr="00DC2348">
        <w:t>PV 28,00 kWp + magazyn energii 40,00 kWh</w:t>
      </w:r>
      <w:r w:rsidRPr="00DC2348">
        <w:br/>
      </w:r>
    </w:p>
    <w:p w14:paraId="356CF445" w14:textId="77777777" w:rsidR="00920903" w:rsidRPr="00DC2348" w:rsidRDefault="00000000">
      <w:pPr>
        <w:pStyle w:val="Nagwek1"/>
        <w:rPr>
          <w:color w:val="auto"/>
        </w:rPr>
      </w:pPr>
      <w:r w:rsidRPr="00DC2348">
        <w:rPr>
          <w:color w:val="auto"/>
        </w:rPr>
        <w:t>1. Zasady oceny zgodności</w:t>
      </w:r>
    </w:p>
    <w:p w14:paraId="2FE3DBCD" w14:textId="5B74625C" w:rsidR="00920903" w:rsidRPr="00DC2348" w:rsidRDefault="00000000">
      <w:r w:rsidRPr="00DC2348">
        <w:t xml:space="preserve">Parametry wskazane w tabelach stanowią wymagania minimalne. Wykonawca musi wskazać oferowany parametr oraz dokument potwierdzający spełnienie wymagania, w szczególności kartę katalogową, certyfikat, deklarację zgodności, kartę gwarancyjną lub inny dokument producenta. </w:t>
      </w:r>
    </w:p>
    <w:p w14:paraId="53740E0E" w14:textId="77777777" w:rsidR="00920903" w:rsidRPr="00DC2348" w:rsidRDefault="00000000">
      <w:r w:rsidRPr="00DC2348">
        <w:t>Dopuszcza się rozwiązania równoważne, pod warunkiem wykazania, że spełniają wszystkie minimalne wymagania Zamawiającego oraz są kompatybilne z dokumentacją projektową.</w:t>
      </w:r>
    </w:p>
    <w:p w14:paraId="264C0CF9" w14:textId="77777777" w:rsidR="00920903" w:rsidRPr="00DC2348" w:rsidRDefault="00000000">
      <w:pPr>
        <w:pStyle w:val="Nagwek1"/>
        <w:rPr>
          <w:color w:val="auto"/>
        </w:rPr>
      </w:pPr>
      <w:r w:rsidRPr="00DC2348">
        <w:rPr>
          <w:color w:val="auto"/>
        </w:rPr>
        <w:t>2. Moduły fotowoltaiczne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1764"/>
        <w:gridCol w:w="1700"/>
        <w:gridCol w:w="1700"/>
        <w:gridCol w:w="1700"/>
      </w:tblGrid>
      <w:tr w:rsidR="00DC2348" w:rsidRPr="00DC2348" w14:paraId="35BC85B2" w14:textId="77777777" w:rsidTr="00DC2348">
        <w:trPr>
          <w:jc w:val="center"/>
        </w:trPr>
        <w:tc>
          <w:tcPr>
            <w:tcW w:w="1700" w:type="dxa"/>
            <w:shd w:val="clear" w:color="auto" w:fill="D9EAF7"/>
            <w:vAlign w:val="center"/>
          </w:tcPr>
          <w:p w14:paraId="4E9A76C9" w14:textId="77777777" w:rsidR="00DC2348" w:rsidRPr="00DC2348" w:rsidRDefault="00DC2348">
            <w:proofErr w:type="spellStart"/>
            <w:r w:rsidRPr="00DC2348">
              <w:rPr>
                <w:sz w:val="16"/>
              </w:rPr>
              <w:t>Lp</w:t>
            </w:r>
            <w:proofErr w:type="spellEnd"/>
            <w:r w:rsidRPr="00DC2348">
              <w:rPr>
                <w:sz w:val="16"/>
              </w:rPr>
              <w:t>.</w:t>
            </w:r>
          </w:p>
        </w:tc>
        <w:tc>
          <w:tcPr>
            <w:tcW w:w="1764" w:type="dxa"/>
            <w:shd w:val="clear" w:color="auto" w:fill="D9EAF7"/>
            <w:vAlign w:val="center"/>
          </w:tcPr>
          <w:p w14:paraId="16CBDE0E" w14:textId="77777777" w:rsidR="00DC2348" w:rsidRPr="00DC2348" w:rsidRDefault="00DC2348">
            <w:r w:rsidRPr="00DC2348">
              <w:rPr>
                <w:sz w:val="16"/>
              </w:rPr>
              <w:t>Parametr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26127B2E" w14:textId="77777777" w:rsidR="00DC2348" w:rsidRPr="00DC2348" w:rsidRDefault="00DC2348">
            <w:r w:rsidRPr="00DC2348">
              <w:rPr>
                <w:sz w:val="16"/>
              </w:rPr>
              <w:t>Wymaganie minimalne Zamawiającego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2BF6615D" w14:textId="77777777" w:rsidR="00DC2348" w:rsidRPr="00DC2348" w:rsidRDefault="00DC2348">
            <w:proofErr w:type="spellStart"/>
            <w:r w:rsidRPr="00DC2348">
              <w:rPr>
                <w:sz w:val="16"/>
              </w:rPr>
              <w:t>Parametr</w:t>
            </w:r>
            <w:proofErr w:type="spellEnd"/>
            <w:r w:rsidRPr="00DC2348">
              <w:rPr>
                <w:sz w:val="16"/>
              </w:rPr>
              <w:t xml:space="preserve"> </w:t>
            </w:r>
            <w:proofErr w:type="spellStart"/>
            <w:r w:rsidRPr="00DC2348">
              <w:rPr>
                <w:sz w:val="16"/>
              </w:rPr>
              <w:t>oferowany</w:t>
            </w:r>
            <w:proofErr w:type="spellEnd"/>
          </w:p>
        </w:tc>
        <w:tc>
          <w:tcPr>
            <w:tcW w:w="1700" w:type="dxa"/>
            <w:shd w:val="clear" w:color="auto" w:fill="D9EAF7"/>
            <w:vAlign w:val="center"/>
          </w:tcPr>
          <w:p w14:paraId="2601FFBC" w14:textId="77777777" w:rsidR="00DC2348" w:rsidRPr="00DC2348" w:rsidRDefault="00DC2348">
            <w:r w:rsidRPr="00DC2348">
              <w:rPr>
                <w:sz w:val="16"/>
              </w:rPr>
              <w:t>Dokument potwierdzający</w:t>
            </w:r>
          </w:p>
        </w:tc>
      </w:tr>
      <w:tr w:rsidR="00DC2348" w:rsidRPr="00DC2348" w14:paraId="7A71A9D9" w14:textId="77777777" w:rsidTr="00DC2348">
        <w:trPr>
          <w:jc w:val="center"/>
        </w:trPr>
        <w:tc>
          <w:tcPr>
            <w:tcW w:w="1700" w:type="dxa"/>
            <w:vAlign w:val="center"/>
          </w:tcPr>
          <w:p w14:paraId="1C61D28F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</w:p>
        </w:tc>
        <w:tc>
          <w:tcPr>
            <w:tcW w:w="1764" w:type="dxa"/>
            <w:vAlign w:val="center"/>
          </w:tcPr>
          <w:p w14:paraId="6FD78A11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Moc znamionowa modułu</w:t>
            </w:r>
          </w:p>
        </w:tc>
        <w:tc>
          <w:tcPr>
            <w:tcW w:w="1700" w:type="dxa"/>
            <w:vAlign w:val="center"/>
          </w:tcPr>
          <w:p w14:paraId="3AD8B16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500 Wp</w:t>
            </w:r>
          </w:p>
        </w:tc>
        <w:tc>
          <w:tcPr>
            <w:tcW w:w="1700" w:type="dxa"/>
            <w:vAlign w:val="center"/>
          </w:tcPr>
          <w:p w14:paraId="3D157F88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7CCA5D7E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45AF2620" w14:textId="77777777" w:rsidTr="00DC2348">
        <w:trPr>
          <w:jc w:val="center"/>
        </w:trPr>
        <w:tc>
          <w:tcPr>
            <w:tcW w:w="1700" w:type="dxa"/>
            <w:vAlign w:val="center"/>
          </w:tcPr>
          <w:p w14:paraId="758DEC6E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</w:p>
        </w:tc>
        <w:tc>
          <w:tcPr>
            <w:tcW w:w="1764" w:type="dxa"/>
            <w:vAlign w:val="center"/>
          </w:tcPr>
          <w:p w14:paraId="60B428E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Technologia ogniw</w:t>
            </w:r>
          </w:p>
        </w:tc>
        <w:tc>
          <w:tcPr>
            <w:tcW w:w="1700" w:type="dxa"/>
            <w:vAlign w:val="center"/>
          </w:tcPr>
          <w:p w14:paraId="7A910F62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monokrystaliczne N-Type TOPCon</w:t>
            </w:r>
          </w:p>
        </w:tc>
        <w:tc>
          <w:tcPr>
            <w:tcW w:w="1700" w:type="dxa"/>
            <w:vAlign w:val="center"/>
          </w:tcPr>
          <w:p w14:paraId="15A7A51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B757FA8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2697CF1E" w14:textId="77777777" w:rsidTr="00DC2348">
        <w:trPr>
          <w:jc w:val="center"/>
        </w:trPr>
        <w:tc>
          <w:tcPr>
            <w:tcW w:w="1700" w:type="dxa"/>
            <w:vAlign w:val="center"/>
          </w:tcPr>
          <w:p w14:paraId="6B566826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3</w:t>
            </w:r>
          </w:p>
        </w:tc>
        <w:tc>
          <w:tcPr>
            <w:tcW w:w="1764" w:type="dxa"/>
            <w:vAlign w:val="center"/>
          </w:tcPr>
          <w:p w14:paraId="6CE6616E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Konstrukcja modułu</w:t>
            </w:r>
          </w:p>
        </w:tc>
        <w:tc>
          <w:tcPr>
            <w:tcW w:w="1700" w:type="dxa"/>
            <w:vAlign w:val="center"/>
          </w:tcPr>
          <w:p w14:paraId="5D349AE4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glass-glass / podwójne szkło</w:t>
            </w:r>
          </w:p>
        </w:tc>
        <w:tc>
          <w:tcPr>
            <w:tcW w:w="1700" w:type="dxa"/>
            <w:vAlign w:val="center"/>
          </w:tcPr>
          <w:p w14:paraId="6227B4E4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28538165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267267C0" w14:textId="77777777" w:rsidTr="00DC2348">
        <w:trPr>
          <w:jc w:val="center"/>
        </w:trPr>
        <w:tc>
          <w:tcPr>
            <w:tcW w:w="1700" w:type="dxa"/>
            <w:vAlign w:val="center"/>
          </w:tcPr>
          <w:p w14:paraId="6A781728" w14:textId="0B68693C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64" w:type="dxa"/>
            <w:vAlign w:val="center"/>
          </w:tcPr>
          <w:p w14:paraId="1C1D3924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Sprawność modułu STC</w:t>
            </w:r>
          </w:p>
        </w:tc>
        <w:tc>
          <w:tcPr>
            <w:tcW w:w="1700" w:type="dxa"/>
            <w:vAlign w:val="center"/>
          </w:tcPr>
          <w:p w14:paraId="2825EB3A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22,5%</w:t>
            </w:r>
          </w:p>
        </w:tc>
        <w:tc>
          <w:tcPr>
            <w:tcW w:w="1700" w:type="dxa"/>
            <w:vAlign w:val="center"/>
          </w:tcPr>
          <w:p w14:paraId="7C229411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5973FAB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541C4646" w14:textId="77777777" w:rsidTr="00DC2348">
        <w:trPr>
          <w:jc w:val="center"/>
        </w:trPr>
        <w:tc>
          <w:tcPr>
            <w:tcW w:w="1700" w:type="dxa"/>
            <w:vAlign w:val="center"/>
          </w:tcPr>
          <w:p w14:paraId="0E03086B" w14:textId="0CA122E3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64" w:type="dxa"/>
            <w:vAlign w:val="center"/>
          </w:tcPr>
          <w:p w14:paraId="2566B848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Tolerancja mocy</w:t>
            </w:r>
          </w:p>
        </w:tc>
        <w:tc>
          <w:tcPr>
            <w:tcW w:w="1700" w:type="dxa"/>
            <w:vAlign w:val="center"/>
          </w:tcPr>
          <w:p w14:paraId="70B8599A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0 do +5 W</w:t>
            </w:r>
          </w:p>
        </w:tc>
        <w:tc>
          <w:tcPr>
            <w:tcW w:w="1700" w:type="dxa"/>
            <w:vAlign w:val="center"/>
          </w:tcPr>
          <w:p w14:paraId="503A4F5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6802F274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7FDBE1DA" w14:textId="77777777" w:rsidTr="00DC2348">
        <w:trPr>
          <w:jc w:val="center"/>
        </w:trPr>
        <w:tc>
          <w:tcPr>
            <w:tcW w:w="1700" w:type="dxa"/>
            <w:vAlign w:val="center"/>
          </w:tcPr>
          <w:p w14:paraId="5BC0C81D" w14:textId="2BD3DAFD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64" w:type="dxa"/>
            <w:vAlign w:val="center"/>
          </w:tcPr>
          <w:p w14:paraId="0DC9F4D4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Wymiary modułu PV</w:t>
            </w:r>
          </w:p>
        </w:tc>
        <w:tc>
          <w:tcPr>
            <w:tcW w:w="1700" w:type="dxa"/>
            <w:vAlign w:val="center"/>
          </w:tcPr>
          <w:p w14:paraId="17C218E6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referencyjnie 1961 x 1134 x 30 mm; dopuszcza się moduły równoważne, jeżeli projekt rozmieszczenia potwierdzi możliwość montażu i zachowanie mocy 28,00 kWp</w:t>
            </w:r>
          </w:p>
        </w:tc>
        <w:tc>
          <w:tcPr>
            <w:tcW w:w="1700" w:type="dxa"/>
            <w:vAlign w:val="center"/>
          </w:tcPr>
          <w:p w14:paraId="5714170D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38C53054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5FBBB238" w14:textId="77777777" w:rsidTr="00DC2348">
        <w:trPr>
          <w:jc w:val="center"/>
        </w:trPr>
        <w:tc>
          <w:tcPr>
            <w:tcW w:w="1700" w:type="dxa"/>
            <w:vAlign w:val="center"/>
          </w:tcPr>
          <w:p w14:paraId="31745225" w14:textId="7945616A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64" w:type="dxa"/>
            <w:vAlign w:val="center"/>
          </w:tcPr>
          <w:p w14:paraId="56802949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Masa modułu</w:t>
            </w:r>
          </w:p>
        </w:tc>
        <w:tc>
          <w:tcPr>
            <w:tcW w:w="1700" w:type="dxa"/>
            <w:vAlign w:val="center"/>
          </w:tcPr>
          <w:p w14:paraId="0DBCB92D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nie większa niż masa referencyjna 27,5 kg +/- 0,5 kg albo równoważna po potwierdzeniu nośności konstrukcji</w:t>
            </w:r>
          </w:p>
        </w:tc>
        <w:tc>
          <w:tcPr>
            <w:tcW w:w="1700" w:type="dxa"/>
            <w:vAlign w:val="center"/>
          </w:tcPr>
          <w:p w14:paraId="7C1D57C8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0CBD92F6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18374923" w14:textId="77777777" w:rsidTr="00DC2348">
        <w:trPr>
          <w:jc w:val="center"/>
        </w:trPr>
        <w:tc>
          <w:tcPr>
            <w:tcW w:w="1700" w:type="dxa"/>
            <w:vAlign w:val="center"/>
          </w:tcPr>
          <w:p w14:paraId="3EB0F9CB" w14:textId="25DFCA50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64" w:type="dxa"/>
            <w:vAlign w:val="center"/>
          </w:tcPr>
          <w:p w14:paraId="266BA65B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Maksymalne napięcie systemowe</w:t>
            </w:r>
          </w:p>
        </w:tc>
        <w:tc>
          <w:tcPr>
            <w:tcW w:w="1700" w:type="dxa"/>
            <w:vAlign w:val="center"/>
          </w:tcPr>
          <w:p w14:paraId="0AD9C116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1500 V DC</w:t>
            </w:r>
          </w:p>
        </w:tc>
        <w:tc>
          <w:tcPr>
            <w:tcW w:w="1700" w:type="dxa"/>
            <w:vAlign w:val="center"/>
          </w:tcPr>
          <w:p w14:paraId="173279C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0676D78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50E35BE7" w14:textId="77777777" w:rsidTr="00DC2348">
        <w:trPr>
          <w:jc w:val="center"/>
        </w:trPr>
        <w:tc>
          <w:tcPr>
            <w:tcW w:w="1700" w:type="dxa"/>
            <w:vAlign w:val="center"/>
          </w:tcPr>
          <w:p w14:paraId="1BFD7731" w14:textId="5998E002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64" w:type="dxa"/>
            <w:vAlign w:val="center"/>
          </w:tcPr>
          <w:p w14:paraId="65D26478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Zakres temperatur pracy</w:t>
            </w:r>
          </w:p>
        </w:tc>
        <w:tc>
          <w:tcPr>
            <w:tcW w:w="1700" w:type="dxa"/>
            <w:vAlign w:val="center"/>
          </w:tcPr>
          <w:p w14:paraId="53654F58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co najmniej od -40°C do +85°C</w:t>
            </w:r>
          </w:p>
        </w:tc>
        <w:tc>
          <w:tcPr>
            <w:tcW w:w="1700" w:type="dxa"/>
            <w:vAlign w:val="center"/>
          </w:tcPr>
          <w:p w14:paraId="0BD754B5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ED94971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6C123DBA" w14:textId="77777777" w:rsidTr="00DC2348">
        <w:trPr>
          <w:jc w:val="center"/>
        </w:trPr>
        <w:tc>
          <w:tcPr>
            <w:tcW w:w="1700" w:type="dxa"/>
            <w:vAlign w:val="center"/>
          </w:tcPr>
          <w:p w14:paraId="3D497D51" w14:textId="3C92D0B5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64" w:type="dxa"/>
            <w:vAlign w:val="center"/>
          </w:tcPr>
          <w:p w14:paraId="47596271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Obciążenie mechaniczne front</w:t>
            </w:r>
          </w:p>
        </w:tc>
        <w:tc>
          <w:tcPr>
            <w:tcW w:w="1700" w:type="dxa"/>
            <w:vAlign w:val="center"/>
          </w:tcPr>
          <w:p w14:paraId="4B2276F8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5400 Pa</w:t>
            </w:r>
          </w:p>
        </w:tc>
        <w:tc>
          <w:tcPr>
            <w:tcW w:w="1700" w:type="dxa"/>
            <w:vAlign w:val="center"/>
          </w:tcPr>
          <w:p w14:paraId="64A96096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0EB4065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25E47126" w14:textId="77777777" w:rsidTr="00DC2348">
        <w:trPr>
          <w:jc w:val="center"/>
        </w:trPr>
        <w:tc>
          <w:tcPr>
            <w:tcW w:w="1700" w:type="dxa"/>
            <w:vAlign w:val="center"/>
          </w:tcPr>
          <w:p w14:paraId="12D6FD03" w14:textId="06FF05BA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764" w:type="dxa"/>
            <w:vAlign w:val="center"/>
          </w:tcPr>
          <w:p w14:paraId="5CB51A0E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Obciążenie mechaniczne tył</w:t>
            </w:r>
          </w:p>
        </w:tc>
        <w:tc>
          <w:tcPr>
            <w:tcW w:w="1700" w:type="dxa"/>
            <w:vAlign w:val="center"/>
          </w:tcPr>
          <w:p w14:paraId="2AB56D3E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2400 Pa</w:t>
            </w:r>
          </w:p>
        </w:tc>
        <w:tc>
          <w:tcPr>
            <w:tcW w:w="1700" w:type="dxa"/>
            <w:vAlign w:val="center"/>
          </w:tcPr>
          <w:p w14:paraId="081EADD3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1BFF22BD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2ABD32D3" w14:textId="77777777" w:rsidTr="00DC2348">
        <w:trPr>
          <w:jc w:val="center"/>
        </w:trPr>
        <w:tc>
          <w:tcPr>
            <w:tcW w:w="1700" w:type="dxa"/>
            <w:vAlign w:val="center"/>
          </w:tcPr>
          <w:p w14:paraId="47D57308" w14:textId="7EF72D1D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764" w:type="dxa"/>
            <w:vAlign w:val="center"/>
          </w:tcPr>
          <w:p w14:paraId="62AAC488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Puszka przyłączeniowa</w:t>
            </w:r>
          </w:p>
        </w:tc>
        <w:tc>
          <w:tcPr>
            <w:tcW w:w="1700" w:type="dxa"/>
            <w:vAlign w:val="center"/>
          </w:tcPr>
          <w:p w14:paraId="4C42925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IP68</w:t>
            </w:r>
          </w:p>
        </w:tc>
        <w:tc>
          <w:tcPr>
            <w:tcW w:w="1700" w:type="dxa"/>
            <w:vAlign w:val="center"/>
          </w:tcPr>
          <w:p w14:paraId="15D9FD2C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66D23EB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053E4CF1" w14:textId="77777777" w:rsidTr="00DC2348">
        <w:trPr>
          <w:jc w:val="center"/>
        </w:trPr>
        <w:tc>
          <w:tcPr>
            <w:tcW w:w="1700" w:type="dxa"/>
            <w:vAlign w:val="center"/>
          </w:tcPr>
          <w:p w14:paraId="3753868B" w14:textId="4247832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764" w:type="dxa"/>
            <w:vAlign w:val="center"/>
          </w:tcPr>
          <w:p w14:paraId="1A5D5DB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Przewody przyłączeniowe</w:t>
            </w:r>
          </w:p>
        </w:tc>
        <w:tc>
          <w:tcPr>
            <w:tcW w:w="1700" w:type="dxa"/>
            <w:vAlign w:val="center"/>
          </w:tcPr>
          <w:p w14:paraId="0ADFDE97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przewody solarne min. 4 mm2 lub zgodne z dokumentacją producenta, długość umożliwiająca prawidłowy montaż</w:t>
            </w:r>
          </w:p>
        </w:tc>
        <w:tc>
          <w:tcPr>
            <w:tcW w:w="1700" w:type="dxa"/>
            <w:vAlign w:val="center"/>
          </w:tcPr>
          <w:p w14:paraId="2862DCEE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73C26F8C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37AADB2B" w14:textId="77777777" w:rsidTr="00DC2348">
        <w:trPr>
          <w:jc w:val="center"/>
        </w:trPr>
        <w:tc>
          <w:tcPr>
            <w:tcW w:w="1700" w:type="dxa"/>
            <w:vAlign w:val="center"/>
          </w:tcPr>
          <w:p w14:paraId="421A6F6D" w14:textId="4BDB4F7B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lastRenderedPageBreak/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764" w:type="dxa"/>
            <w:vAlign w:val="center"/>
          </w:tcPr>
          <w:p w14:paraId="0B317314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Konektory</w:t>
            </w:r>
          </w:p>
        </w:tc>
        <w:tc>
          <w:tcPr>
            <w:tcW w:w="1700" w:type="dxa"/>
            <w:vAlign w:val="center"/>
          </w:tcPr>
          <w:p w14:paraId="03188EE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MC4 lub kompatybilne równoważne z zastosowanym systemem, jednego typu i producenta w obrębie połączeń DC</w:t>
            </w:r>
          </w:p>
        </w:tc>
        <w:tc>
          <w:tcPr>
            <w:tcW w:w="1700" w:type="dxa"/>
            <w:vAlign w:val="center"/>
          </w:tcPr>
          <w:p w14:paraId="5A400E3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666E7C7E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19074D38" w14:textId="77777777" w:rsidTr="00DC2348">
        <w:trPr>
          <w:jc w:val="center"/>
        </w:trPr>
        <w:tc>
          <w:tcPr>
            <w:tcW w:w="1700" w:type="dxa"/>
            <w:vAlign w:val="center"/>
          </w:tcPr>
          <w:p w14:paraId="30A6E1F4" w14:textId="064177DE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764" w:type="dxa"/>
            <w:vAlign w:val="center"/>
          </w:tcPr>
          <w:p w14:paraId="0D37259C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Klasa bezpieczeństwa</w:t>
            </w:r>
          </w:p>
        </w:tc>
        <w:tc>
          <w:tcPr>
            <w:tcW w:w="1700" w:type="dxa"/>
            <w:vAlign w:val="center"/>
          </w:tcPr>
          <w:p w14:paraId="17AA8E97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klasa II</w:t>
            </w:r>
          </w:p>
        </w:tc>
        <w:tc>
          <w:tcPr>
            <w:tcW w:w="1700" w:type="dxa"/>
            <w:vAlign w:val="center"/>
          </w:tcPr>
          <w:p w14:paraId="2B0643EF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2A68FEE4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582909D1" w14:textId="77777777" w:rsidTr="00DC2348">
        <w:trPr>
          <w:jc w:val="center"/>
        </w:trPr>
        <w:tc>
          <w:tcPr>
            <w:tcW w:w="1700" w:type="dxa"/>
            <w:vAlign w:val="center"/>
          </w:tcPr>
          <w:p w14:paraId="482A0F65" w14:textId="57B04372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764" w:type="dxa"/>
            <w:vAlign w:val="center"/>
          </w:tcPr>
          <w:p w14:paraId="109D7C6C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Odporność na grad</w:t>
            </w:r>
          </w:p>
        </w:tc>
        <w:tc>
          <w:tcPr>
            <w:tcW w:w="1700" w:type="dxa"/>
            <w:vAlign w:val="center"/>
          </w:tcPr>
          <w:p w14:paraId="04BAEFD7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średnica 25 mm, prędkość uderzenia 23 m/s</w:t>
            </w:r>
          </w:p>
        </w:tc>
        <w:tc>
          <w:tcPr>
            <w:tcW w:w="1700" w:type="dxa"/>
            <w:vAlign w:val="center"/>
          </w:tcPr>
          <w:p w14:paraId="2CC08C22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71CCC832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44FC79E0" w14:textId="77777777" w:rsidTr="00DC2348">
        <w:trPr>
          <w:jc w:val="center"/>
        </w:trPr>
        <w:tc>
          <w:tcPr>
            <w:tcW w:w="1700" w:type="dxa"/>
            <w:vAlign w:val="center"/>
          </w:tcPr>
          <w:p w14:paraId="396A873E" w14:textId="6256CEBA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764" w:type="dxa"/>
            <w:vAlign w:val="center"/>
          </w:tcPr>
          <w:p w14:paraId="46D33A14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Współczynnik temperaturowy Pmax</w:t>
            </w:r>
          </w:p>
        </w:tc>
        <w:tc>
          <w:tcPr>
            <w:tcW w:w="1700" w:type="dxa"/>
            <w:vAlign w:val="center"/>
          </w:tcPr>
          <w:p w14:paraId="3067E1F7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nie gorszy niż -0,30%/°C</w:t>
            </w:r>
          </w:p>
        </w:tc>
        <w:tc>
          <w:tcPr>
            <w:tcW w:w="1700" w:type="dxa"/>
            <w:vAlign w:val="center"/>
          </w:tcPr>
          <w:p w14:paraId="72959D6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70C4B263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40A3F8B2" w14:textId="77777777" w:rsidTr="00DC2348">
        <w:trPr>
          <w:jc w:val="center"/>
        </w:trPr>
        <w:tc>
          <w:tcPr>
            <w:tcW w:w="1700" w:type="dxa"/>
            <w:vAlign w:val="center"/>
          </w:tcPr>
          <w:p w14:paraId="24DC4E3C" w14:textId="7868D17F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64" w:type="dxa"/>
            <w:vAlign w:val="center"/>
          </w:tcPr>
          <w:p w14:paraId="32B20EB1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Współczynnik temperaturowy Voc</w:t>
            </w:r>
          </w:p>
        </w:tc>
        <w:tc>
          <w:tcPr>
            <w:tcW w:w="1700" w:type="dxa"/>
            <w:vAlign w:val="center"/>
          </w:tcPr>
          <w:p w14:paraId="73EA6D4C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nie gorszy niż -0,25%/°C</w:t>
            </w:r>
          </w:p>
        </w:tc>
        <w:tc>
          <w:tcPr>
            <w:tcW w:w="1700" w:type="dxa"/>
            <w:vAlign w:val="center"/>
          </w:tcPr>
          <w:p w14:paraId="768B140A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08CB260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4B678855" w14:textId="77777777" w:rsidTr="00DC2348">
        <w:trPr>
          <w:jc w:val="center"/>
        </w:trPr>
        <w:tc>
          <w:tcPr>
            <w:tcW w:w="1700" w:type="dxa"/>
            <w:vAlign w:val="center"/>
          </w:tcPr>
          <w:p w14:paraId="6D88AD1D" w14:textId="5430CFDB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764" w:type="dxa"/>
            <w:vAlign w:val="center"/>
          </w:tcPr>
          <w:p w14:paraId="2F661351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Współczynnik temperaturowy Isc</w:t>
            </w:r>
          </w:p>
        </w:tc>
        <w:tc>
          <w:tcPr>
            <w:tcW w:w="1700" w:type="dxa"/>
            <w:vAlign w:val="center"/>
          </w:tcPr>
          <w:p w14:paraId="79FFE5E9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nie gorszy niż +0,04%/°C</w:t>
            </w:r>
          </w:p>
        </w:tc>
        <w:tc>
          <w:tcPr>
            <w:tcW w:w="1700" w:type="dxa"/>
            <w:vAlign w:val="center"/>
          </w:tcPr>
          <w:p w14:paraId="280E13DC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3F1CB564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6B761A28" w14:textId="77777777" w:rsidTr="00DC2348">
        <w:trPr>
          <w:jc w:val="center"/>
        </w:trPr>
        <w:tc>
          <w:tcPr>
            <w:tcW w:w="1700" w:type="dxa"/>
            <w:vAlign w:val="center"/>
          </w:tcPr>
          <w:p w14:paraId="5DE5F7E6" w14:textId="5A037524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64" w:type="dxa"/>
            <w:vAlign w:val="center"/>
          </w:tcPr>
          <w:p w14:paraId="5A641648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Odporność PID</w:t>
            </w:r>
          </w:p>
        </w:tc>
        <w:tc>
          <w:tcPr>
            <w:tcW w:w="1700" w:type="dxa"/>
            <w:vAlign w:val="center"/>
          </w:tcPr>
          <w:p w14:paraId="4CB7BF4B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wymagana, potwierdzona certyfikatem lub raportem</w:t>
            </w:r>
          </w:p>
        </w:tc>
        <w:tc>
          <w:tcPr>
            <w:tcW w:w="1700" w:type="dxa"/>
            <w:vAlign w:val="center"/>
          </w:tcPr>
          <w:p w14:paraId="6A68BC56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4F0E1CDD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190E2FE9" w14:textId="77777777" w:rsidTr="00DC2348">
        <w:trPr>
          <w:jc w:val="center"/>
        </w:trPr>
        <w:tc>
          <w:tcPr>
            <w:tcW w:w="1700" w:type="dxa"/>
            <w:vAlign w:val="center"/>
          </w:tcPr>
          <w:p w14:paraId="2CD66280" w14:textId="2FA5B7CC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764" w:type="dxa"/>
            <w:vAlign w:val="center"/>
          </w:tcPr>
          <w:p w14:paraId="378D869E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Testy elektroluminescencyjne EL</w:t>
            </w:r>
          </w:p>
        </w:tc>
        <w:tc>
          <w:tcPr>
            <w:tcW w:w="1700" w:type="dxa"/>
            <w:vAlign w:val="center"/>
          </w:tcPr>
          <w:p w14:paraId="4B722521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wymagany raport z testów EL dla oferowanych modułów lub partii produkcyjnej</w:t>
            </w:r>
          </w:p>
        </w:tc>
        <w:tc>
          <w:tcPr>
            <w:tcW w:w="1700" w:type="dxa"/>
            <w:vAlign w:val="center"/>
          </w:tcPr>
          <w:p w14:paraId="302E7447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012F925A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28ABAF15" w14:textId="77777777" w:rsidTr="00DC2348">
        <w:trPr>
          <w:jc w:val="center"/>
        </w:trPr>
        <w:tc>
          <w:tcPr>
            <w:tcW w:w="1700" w:type="dxa"/>
            <w:vAlign w:val="center"/>
          </w:tcPr>
          <w:p w14:paraId="5050AD60" w14:textId="33B5251C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764" w:type="dxa"/>
            <w:vAlign w:val="center"/>
          </w:tcPr>
          <w:p w14:paraId="421815E7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Flash-testy modułów PV</w:t>
            </w:r>
          </w:p>
        </w:tc>
        <w:tc>
          <w:tcPr>
            <w:tcW w:w="1700" w:type="dxa"/>
            <w:vAlign w:val="center"/>
          </w:tcPr>
          <w:p w14:paraId="310D0ECB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wymagany raport z flash-testów dla oferowanych modułów lub partii produkcyjnej, potwierdzający parametry elektryczne modułów w warunkach STC</w:t>
            </w:r>
          </w:p>
        </w:tc>
        <w:tc>
          <w:tcPr>
            <w:tcW w:w="1700" w:type="dxa"/>
            <w:vAlign w:val="center"/>
          </w:tcPr>
          <w:p w14:paraId="7C8D33BC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0069C6C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4C80DB1E" w14:textId="77777777" w:rsidTr="00DC2348">
        <w:trPr>
          <w:jc w:val="center"/>
        </w:trPr>
        <w:tc>
          <w:tcPr>
            <w:tcW w:w="1700" w:type="dxa"/>
            <w:vAlign w:val="center"/>
          </w:tcPr>
          <w:p w14:paraId="5D6875EB" w14:textId="65F6CBC3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764" w:type="dxa"/>
            <w:vAlign w:val="center"/>
          </w:tcPr>
          <w:p w14:paraId="0B80A88B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Norma jakości modułów</w:t>
            </w:r>
          </w:p>
        </w:tc>
        <w:tc>
          <w:tcPr>
            <w:tcW w:w="1700" w:type="dxa"/>
            <w:vAlign w:val="center"/>
          </w:tcPr>
          <w:p w14:paraId="61CE8CC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IEC 61215 lub równoważna</w:t>
            </w:r>
          </w:p>
        </w:tc>
        <w:tc>
          <w:tcPr>
            <w:tcW w:w="1700" w:type="dxa"/>
            <w:vAlign w:val="center"/>
          </w:tcPr>
          <w:p w14:paraId="6341A314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681A1ABE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45F024B2" w14:textId="77777777" w:rsidTr="00DC2348">
        <w:trPr>
          <w:jc w:val="center"/>
        </w:trPr>
        <w:tc>
          <w:tcPr>
            <w:tcW w:w="1700" w:type="dxa"/>
            <w:vAlign w:val="center"/>
          </w:tcPr>
          <w:p w14:paraId="0662DD8D" w14:textId="74FB559D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764" w:type="dxa"/>
            <w:vAlign w:val="center"/>
          </w:tcPr>
          <w:p w14:paraId="19DA20EC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Norma bezpieczeństwa modułów</w:t>
            </w:r>
          </w:p>
        </w:tc>
        <w:tc>
          <w:tcPr>
            <w:tcW w:w="1700" w:type="dxa"/>
            <w:vAlign w:val="center"/>
          </w:tcPr>
          <w:p w14:paraId="602DC823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IEC 61730 lub równoważna</w:t>
            </w:r>
          </w:p>
        </w:tc>
        <w:tc>
          <w:tcPr>
            <w:tcW w:w="1700" w:type="dxa"/>
            <w:vAlign w:val="center"/>
          </w:tcPr>
          <w:p w14:paraId="2AFE20D1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723DBFB3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26A18565" w14:textId="77777777" w:rsidTr="00DC2348">
        <w:trPr>
          <w:jc w:val="center"/>
        </w:trPr>
        <w:tc>
          <w:tcPr>
            <w:tcW w:w="1700" w:type="dxa"/>
            <w:vAlign w:val="center"/>
          </w:tcPr>
          <w:p w14:paraId="28BCA572" w14:textId="35144290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764" w:type="dxa"/>
            <w:vAlign w:val="center"/>
          </w:tcPr>
          <w:p w14:paraId="6823C5A7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Certyfikat TÜV</w:t>
            </w:r>
          </w:p>
        </w:tc>
        <w:tc>
          <w:tcPr>
            <w:tcW w:w="1700" w:type="dxa"/>
            <w:vAlign w:val="center"/>
          </w:tcPr>
          <w:p w14:paraId="3F627D32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wymagany lub dokument równoważny dla IEC 61215 i IEC 61730</w:t>
            </w:r>
          </w:p>
        </w:tc>
        <w:tc>
          <w:tcPr>
            <w:tcW w:w="1700" w:type="dxa"/>
            <w:vAlign w:val="center"/>
          </w:tcPr>
          <w:p w14:paraId="34D32CE3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246DE2C6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1F724EA3" w14:textId="77777777" w:rsidTr="00DC2348">
        <w:trPr>
          <w:jc w:val="center"/>
        </w:trPr>
        <w:tc>
          <w:tcPr>
            <w:tcW w:w="1700" w:type="dxa"/>
            <w:vAlign w:val="center"/>
          </w:tcPr>
          <w:p w14:paraId="1D8747C3" w14:textId="72C10F61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764" w:type="dxa"/>
            <w:vAlign w:val="center"/>
          </w:tcPr>
          <w:p w14:paraId="69D8D609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Certyfikat TÜV Anti-PID</w:t>
            </w:r>
          </w:p>
        </w:tc>
        <w:tc>
          <w:tcPr>
            <w:tcW w:w="1700" w:type="dxa"/>
            <w:vAlign w:val="center"/>
          </w:tcPr>
          <w:p w14:paraId="3E97FB13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wymagany lub dokument równoważny potwierdzający odporność PID</w:t>
            </w:r>
          </w:p>
        </w:tc>
        <w:tc>
          <w:tcPr>
            <w:tcW w:w="1700" w:type="dxa"/>
            <w:vAlign w:val="center"/>
          </w:tcPr>
          <w:p w14:paraId="629B8B51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043C7C1E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6D1A2E54" w14:textId="77777777" w:rsidTr="00DC2348">
        <w:trPr>
          <w:jc w:val="center"/>
        </w:trPr>
        <w:tc>
          <w:tcPr>
            <w:tcW w:w="1700" w:type="dxa"/>
            <w:vAlign w:val="center"/>
          </w:tcPr>
          <w:p w14:paraId="7F3F7E7B" w14:textId="5CCEB03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764" w:type="dxa"/>
            <w:vAlign w:val="center"/>
          </w:tcPr>
          <w:p w14:paraId="41E42886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Gwarancja produktowa</w:t>
            </w:r>
          </w:p>
        </w:tc>
        <w:tc>
          <w:tcPr>
            <w:tcW w:w="1700" w:type="dxa"/>
            <w:vAlign w:val="center"/>
          </w:tcPr>
          <w:p w14:paraId="68F36FA0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25 lat</w:t>
            </w:r>
          </w:p>
        </w:tc>
        <w:tc>
          <w:tcPr>
            <w:tcW w:w="1700" w:type="dxa"/>
            <w:vAlign w:val="center"/>
          </w:tcPr>
          <w:p w14:paraId="6069BE5B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53B8A18B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1CB4D033" w14:textId="77777777" w:rsidTr="00DC2348">
        <w:trPr>
          <w:jc w:val="center"/>
        </w:trPr>
        <w:tc>
          <w:tcPr>
            <w:tcW w:w="1700" w:type="dxa"/>
            <w:vAlign w:val="center"/>
          </w:tcPr>
          <w:p w14:paraId="20704EBE" w14:textId="0724F5BD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764" w:type="dxa"/>
            <w:vAlign w:val="center"/>
          </w:tcPr>
          <w:p w14:paraId="0F899D2D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Gwarancja liniowa mocy</w:t>
            </w:r>
          </w:p>
        </w:tc>
        <w:tc>
          <w:tcPr>
            <w:tcW w:w="1700" w:type="dxa"/>
            <w:vAlign w:val="center"/>
          </w:tcPr>
          <w:p w14:paraId="2D5F8C22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30 lat</w:t>
            </w:r>
          </w:p>
        </w:tc>
        <w:tc>
          <w:tcPr>
            <w:tcW w:w="1700" w:type="dxa"/>
            <w:vAlign w:val="center"/>
          </w:tcPr>
          <w:p w14:paraId="37705049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6AC4D88F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6785AD71" w14:textId="77777777" w:rsidTr="00DC2348">
        <w:trPr>
          <w:jc w:val="center"/>
        </w:trPr>
        <w:tc>
          <w:tcPr>
            <w:tcW w:w="1700" w:type="dxa"/>
            <w:vAlign w:val="center"/>
          </w:tcPr>
          <w:p w14:paraId="5FA3FDE1" w14:textId="1FB552CA" w:rsidR="00DC2348" w:rsidRPr="00DC2348" w:rsidRDefault="00DC23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764" w:type="dxa"/>
            <w:vAlign w:val="center"/>
          </w:tcPr>
          <w:p w14:paraId="314F9A46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Degradacja w pierwszym roku</w:t>
            </w:r>
          </w:p>
        </w:tc>
        <w:tc>
          <w:tcPr>
            <w:tcW w:w="1700" w:type="dxa"/>
            <w:vAlign w:val="center"/>
          </w:tcPr>
          <w:p w14:paraId="55DE3ABB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nie większa niż 1%</w:t>
            </w:r>
          </w:p>
        </w:tc>
        <w:tc>
          <w:tcPr>
            <w:tcW w:w="1700" w:type="dxa"/>
            <w:vAlign w:val="center"/>
          </w:tcPr>
          <w:p w14:paraId="4F92C643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4CCCCA9C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1A21BA2E" w14:textId="77777777" w:rsidTr="00DC2348">
        <w:trPr>
          <w:jc w:val="center"/>
        </w:trPr>
        <w:tc>
          <w:tcPr>
            <w:tcW w:w="1700" w:type="dxa"/>
            <w:vAlign w:val="center"/>
          </w:tcPr>
          <w:p w14:paraId="0E5BC20A" w14:textId="4C67393F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64" w:type="dxa"/>
            <w:vAlign w:val="center"/>
          </w:tcPr>
          <w:p w14:paraId="712FA204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Roczna degradacja po pierwszym roku</w:t>
            </w:r>
          </w:p>
        </w:tc>
        <w:tc>
          <w:tcPr>
            <w:tcW w:w="1700" w:type="dxa"/>
            <w:vAlign w:val="center"/>
          </w:tcPr>
          <w:p w14:paraId="4B676FFC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nie większa niż 0,4% rocznie</w:t>
            </w:r>
          </w:p>
        </w:tc>
        <w:tc>
          <w:tcPr>
            <w:tcW w:w="1700" w:type="dxa"/>
            <w:vAlign w:val="center"/>
          </w:tcPr>
          <w:p w14:paraId="6154DEE1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0FF737BB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7E976418" w14:textId="77777777" w:rsidTr="00DC2348">
        <w:trPr>
          <w:jc w:val="center"/>
        </w:trPr>
        <w:tc>
          <w:tcPr>
            <w:tcW w:w="1700" w:type="dxa"/>
            <w:vAlign w:val="center"/>
          </w:tcPr>
          <w:p w14:paraId="1AF047DC" w14:textId="7CA2FA1D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764" w:type="dxa"/>
            <w:vAlign w:val="center"/>
          </w:tcPr>
          <w:p w14:paraId="0F0191E6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Moc po 30 latach</w:t>
            </w:r>
          </w:p>
        </w:tc>
        <w:tc>
          <w:tcPr>
            <w:tcW w:w="1700" w:type="dxa"/>
            <w:vAlign w:val="center"/>
          </w:tcPr>
          <w:p w14:paraId="4A46E943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minimum 87,4% mocy początkowej</w:t>
            </w:r>
          </w:p>
        </w:tc>
        <w:tc>
          <w:tcPr>
            <w:tcW w:w="1700" w:type="dxa"/>
            <w:vAlign w:val="center"/>
          </w:tcPr>
          <w:p w14:paraId="5E2D3602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077DC265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  <w:tr w:rsidR="00DC2348" w:rsidRPr="00DC2348" w14:paraId="64E0B37A" w14:textId="77777777" w:rsidTr="00DC2348">
        <w:trPr>
          <w:jc w:val="center"/>
        </w:trPr>
        <w:tc>
          <w:tcPr>
            <w:tcW w:w="1700" w:type="dxa"/>
            <w:vAlign w:val="center"/>
          </w:tcPr>
          <w:p w14:paraId="10E7F0E5" w14:textId="39B7D344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764" w:type="dxa"/>
            <w:vAlign w:val="center"/>
          </w:tcPr>
          <w:p w14:paraId="2D11448E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Ogniwa</w:t>
            </w:r>
          </w:p>
        </w:tc>
        <w:tc>
          <w:tcPr>
            <w:tcW w:w="1700" w:type="dxa"/>
            <w:vAlign w:val="center"/>
          </w:tcPr>
          <w:p w14:paraId="0A7FBA61" w14:textId="77777777" w:rsidR="00DC2348" w:rsidRPr="00DC2348" w:rsidRDefault="00DC2348">
            <w:pPr>
              <w:rPr>
                <w:sz w:val="16"/>
                <w:szCs w:val="16"/>
              </w:rPr>
            </w:pPr>
            <w:r w:rsidRPr="00DC2348">
              <w:rPr>
                <w:sz w:val="16"/>
                <w:szCs w:val="16"/>
              </w:rPr>
              <w:t>klasa A / I gatunek</w:t>
            </w:r>
          </w:p>
        </w:tc>
        <w:tc>
          <w:tcPr>
            <w:tcW w:w="1700" w:type="dxa"/>
            <w:vAlign w:val="center"/>
          </w:tcPr>
          <w:p w14:paraId="50CC45ED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14:paraId="47A37588" w14:textId="77777777" w:rsidR="00DC2348" w:rsidRPr="00DC2348" w:rsidRDefault="00DC2348">
            <w:pPr>
              <w:rPr>
                <w:sz w:val="16"/>
                <w:szCs w:val="16"/>
              </w:rPr>
            </w:pPr>
          </w:p>
        </w:tc>
      </w:tr>
    </w:tbl>
    <w:p w14:paraId="1B523DB1" w14:textId="77777777" w:rsidR="00920903" w:rsidRPr="00DC2348" w:rsidRDefault="00000000">
      <w:pPr>
        <w:pStyle w:val="Nagwek1"/>
        <w:rPr>
          <w:color w:val="auto"/>
        </w:rPr>
      </w:pPr>
      <w:r w:rsidRPr="00DC2348">
        <w:rPr>
          <w:color w:val="auto"/>
        </w:rPr>
        <w:t>3. Falownik hybrydowy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05"/>
        <w:gridCol w:w="1667"/>
        <w:gridCol w:w="2190"/>
        <w:gridCol w:w="1643"/>
        <w:gridCol w:w="1664"/>
      </w:tblGrid>
      <w:tr w:rsidR="004541B7" w:rsidRPr="00DC2348" w14:paraId="638753FE" w14:textId="77777777" w:rsidTr="004541B7">
        <w:trPr>
          <w:jc w:val="center"/>
        </w:trPr>
        <w:tc>
          <w:tcPr>
            <w:tcW w:w="1605" w:type="dxa"/>
            <w:shd w:val="clear" w:color="auto" w:fill="D9EAF7"/>
            <w:vAlign w:val="center"/>
          </w:tcPr>
          <w:p w14:paraId="3D157822" w14:textId="77777777" w:rsidR="004541B7" w:rsidRPr="00DC2348" w:rsidRDefault="004541B7">
            <w:proofErr w:type="spellStart"/>
            <w:r w:rsidRPr="00DC2348">
              <w:rPr>
                <w:sz w:val="16"/>
              </w:rPr>
              <w:t>Lp</w:t>
            </w:r>
            <w:proofErr w:type="spellEnd"/>
            <w:r w:rsidRPr="00DC2348">
              <w:rPr>
                <w:sz w:val="16"/>
              </w:rPr>
              <w:t>.</w:t>
            </w:r>
          </w:p>
        </w:tc>
        <w:tc>
          <w:tcPr>
            <w:tcW w:w="1667" w:type="dxa"/>
            <w:shd w:val="clear" w:color="auto" w:fill="D9EAF7"/>
            <w:vAlign w:val="center"/>
          </w:tcPr>
          <w:p w14:paraId="7BAE791B" w14:textId="77777777" w:rsidR="004541B7" w:rsidRPr="00DC2348" w:rsidRDefault="004541B7">
            <w:r w:rsidRPr="00DC2348">
              <w:rPr>
                <w:sz w:val="16"/>
              </w:rPr>
              <w:t>Parametr</w:t>
            </w:r>
          </w:p>
        </w:tc>
        <w:tc>
          <w:tcPr>
            <w:tcW w:w="2190" w:type="dxa"/>
            <w:shd w:val="clear" w:color="auto" w:fill="D9EAF7"/>
            <w:vAlign w:val="center"/>
          </w:tcPr>
          <w:p w14:paraId="6F68E8F5" w14:textId="77777777" w:rsidR="004541B7" w:rsidRPr="00DC2348" w:rsidRDefault="004541B7">
            <w:r w:rsidRPr="00DC2348">
              <w:rPr>
                <w:sz w:val="16"/>
              </w:rPr>
              <w:t>Wymaganie minimalne Zamawiającego</w:t>
            </w:r>
          </w:p>
        </w:tc>
        <w:tc>
          <w:tcPr>
            <w:tcW w:w="1643" w:type="dxa"/>
            <w:shd w:val="clear" w:color="auto" w:fill="D9EAF7"/>
            <w:vAlign w:val="center"/>
          </w:tcPr>
          <w:p w14:paraId="5EFD8824" w14:textId="77777777" w:rsidR="004541B7" w:rsidRPr="00DC2348" w:rsidRDefault="004541B7">
            <w:proofErr w:type="spellStart"/>
            <w:r w:rsidRPr="00DC2348">
              <w:rPr>
                <w:sz w:val="16"/>
              </w:rPr>
              <w:t>Parametr</w:t>
            </w:r>
            <w:proofErr w:type="spellEnd"/>
            <w:r w:rsidRPr="00DC2348">
              <w:rPr>
                <w:sz w:val="16"/>
              </w:rPr>
              <w:t xml:space="preserve"> </w:t>
            </w:r>
            <w:proofErr w:type="spellStart"/>
            <w:r w:rsidRPr="00DC2348">
              <w:rPr>
                <w:sz w:val="16"/>
              </w:rPr>
              <w:t>oferowany</w:t>
            </w:r>
            <w:proofErr w:type="spellEnd"/>
          </w:p>
        </w:tc>
        <w:tc>
          <w:tcPr>
            <w:tcW w:w="1664" w:type="dxa"/>
            <w:shd w:val="clear" w:color="auto" w:fill="D9EAF7"/>
            <w:vAlign w:val="center"/>
          </w:tcPr>
          <w:p w14:paraId="3F5CBB39" w14:textId="77777777" w:rsidR="004541B7" w:rsidRPr="00DC2348" w:rsidRDefault="004541B7">
            <w:r w:rsidRPr="00DC2348">
              <w:rPr>
                <w:sz w:val="16"/>
              </w:rPr>
              <w:t>Dokument potwierdzający</w:t>
            </w:r>
          </w:p>
        </w:tc>
      </w:tr>
      <w:tr w:rsidR="004541B7" w:rsidRPr="00DC2348" w14:paraId="3CE815A4" w14:textId="77777777" w:rsidTr="004541B7">
        <w:trPr>
          <w:jc w:val="center"/>
        </w:trPr>
        <w:tc>
          <w:tcPr>
            <w:tcW w:w="1605" w:type="dxa"/>
            <w:vAlign w:val="center"/>
          </w:tcPr>
          <w:p w14:paraId="59AE32C1" w14:textId="77777777" w:rsidR="004541B7" w:rsidRPr="00DC2348" w:rsidRDefault="004541B7">
            <w:r w:rsidRPr="00DC2348">
              <w:rPr>
                <w:sz w:val="16"/>
              </w:rPr>
              <w:t>1</w:t>
            </w:r>
          </w:p>
        </w:tc>
        <w:tc>
          <w:tcPr>
            <w:tcW w:w="1667" w:type="dxa"/>
            <w:vAlign w:val="center"/>
          </w:tcPr>
          <w:p w14:paraId="0ADDFD25" w14:textId="77777777" w:rsidR="004541B7" w:rsidRPr="00DC2348" w:rsidRDefault="004541B7">
            <w:r w:rsidRPr="00DC2348">
              <w:rPr>
                <w:sz w:val="16"/>
              </w:rPr>
              <w:t>Typ urządzenia</w:t>
            </w:r>
          </w:p>
        </w:tc>
        <w:tc>
          <w:tcPr>
            <w:tcW w:w="2190" w:type="dxa"/>
            <w:vAlign w:val="center"/>
          </w:tcPr>
          <w:p w14:paraId="01451E8E" w14:textId="77777777" w:rsidR="004541B7" w:rsidRPr="00DC2348" w:rsidRDefault="004541B7">
            <w:r w:rsidRPr="00DC2348">
              <w:rPr>
                <w:sz w:val="16"/>
              </w:rPr>
              <w:t>trójfazowy falownik hybrydowy</w:t>
            </w:r>
          </w:p>
        </w:tc>
        <w:tc>
          <w:tcPr>
            <w:tcW w:w="1643" w:type="dxa"/>
            <w:vAlign w:val="center"/>
          </w:tcPr>
          <w:p w14:paraId="6A8CAF0D" w14:textId="77777777" w:rsidR="004541B7" w:rsidRPr="00DC2348" w:rsidRDefault="004541B7"/>
        </w:tc>
        <w:tc>
          <w:tcPr>
            <w:tcW w:w="1664" w:type="dxa"/>
            <w:vAlign w:val="center"/>
          </w:tcPr>
          <w:p w14:paraId="32247D4F" w14:textId="77777777" w:rsidR="004541B7" w:rsidRPr="00DC2348" w:rsidRDefault="004541B7"/>
        </w:tc>
      </w:tr>
      <w:tr w:rsidR="004541B7" w:rsidRPr="00DC2348" w14:paraId="18ACBBBA" w14:textId="77777777" w:rsidTr="004541B7">
        <w:trPr>
          <w:jc w:val="center"/>
        </w:trPr>
        <w:tc>
          <w:tcPr>
            <w:tcW w:w="1605" w:type="dxa"/>
            <w:vAlign w:val="center"/>
          </w:tcPr>
          <w:p w14:paraId="2E931B88" w14:textId="77777777" w:rsidR="004541B7" w:rsidRPr="00DC2348" w:rsidRDefault="004541B7">
            <w:r w:rsidRPr="00DC2348">
              <w:rPr>
                <w:sz w:val="16"/>
              </w:rPr>
              <w:t>2</w:t>
            </w:r>
          </w:p>
        </w:tc>
        <w:tc>
          <w:tcPr>
            <w:tcW w:w="1667" w:type="dxa"/>
            <w:vAlign w:val="center"/>
          </w:tcPr>
          <w:p w14:paraId="5C93F9E9" w14:textId="77777777" w:rsidR="004541B7" w:rsidRPr="00DC2348" w:rsidRDefault="004541B7">
            <w:r w:rsidRPr="00DC2348">
              <w:rPr>
                <w:sz w:val="16"/>
              </w:rPr>
              <w:t>Moc znamionowa AC</w:t>
            </w:r>
          </w:p>
        </w:tc>
        <w:tc>
          <w:tcPr>
            <w:tcW w:w="2190" w:type="dxa"/>
            <w:vAlign w:val="center"/>
          </w:tcPr>
          <w:p w14:paraId="33E740C1" w14:textId="77777777" w:rsidR="004541B7" w:rsidRPr="00DC2348" w:rsidRDefault="004541B7">
            <w:r w:rsidRPr="00DC2348">
              <w:rPr>
                <w:sz w:val="16"/>
              </w:rPr>
              <w:t>30 kW</w:t>
            </w:r>
          </w:p>
        </w:tc>
        <w:tc>
          <w:tcPr>
            <w:tcW w:w="1643" w:type="dxa"/>
            <w:vAlign w:val="center"/>
          </w:tcPr>
          <w:p w14:paraId="64035AA0" w14:textId="77777777" w:rsidR="004541B7" w:rsidRPr="00DC2348" w:rsidRDefault="004541B7"/>
        </w:tc>
        <w:tc>
          <w:tcPr>
            <w:tcW w:w="1664" w:type="dxa"/>
            <w:vAlign w:val="center"/>
          </w:tcPr>
          <w:p w14:paraId="6FB89EB0" w14:textId="77777777" w:rsidR="004541B7" w:rsidRPr="00DC2348" w:rsidRDefault="004541B7"/>
        </w:tc>
      </w:tr>
      <w:tr w:rsidR="004541B7" w:rsidRPr="00DC2348" w14:paraId="4AC2C277" w14:textId="77777777" w:rsidTr="004541B7">
        <w:trPr>
          <w:jc w:val="center"/>
        </w:trPr>
        <w:tc>
          <w:tcPr>
            <w:tcW w:w="1605" w:type="dxa"/>
            <w:vAlign w:val="center"/>
          </w:tcPr>
          <w:p w14:paraId="35AA96BA" w14:textId="77777777" w:rsidR="004541B7" w:rsidRPr="00DC2348" w:rsidRDefault="004541B7">
            <w:r w:rsidRPr="00DC2348">
              <w:rPr>
                <w:sz w:val="16"/>
              </w:rPr>
              <w:t>3</w:t>
            </w:r>
          </w:p>
        </w:tc>
        <w:tc>
          <w:tcPr>
            <w:tcW w:w="1667" w:type="dxa"/>
            <w:vAlign w:val="center"/>
          </w:tcPr>
          <w:p w14:paraId="6C653456" w14:textId="77777777" w:rsidR="004541B7" w:rsidRPr="00DC2348" w:rsidRDefault="004541B7">
            <w:r w:rsidRPr="00DC2348">
              <w:rPr>
                <w:sz w:val="16"/>
              </w:rPr>
              <w:t>Maksymalna moc pozorna AC</w:t>
            </w:r>
          </w:p>
        </w:tc>
        <w:tc>
          <w:tcPr>
            <w:tcW w:w="2190" w:type="dxa"/>
            <w:vAlign w:val="center"/>
          </w:tcPr>
          <w:p w14:paraId="0195AE1F" w14:textId="77777777" w:rsidR="004541B7" w:rsidRPr="00DC2348" w:rsidRDefault="004541B7">
            <w:r w:rsidRPr="00DC2348">
              <w:rPr>
                <w:sz w:val="16"/>
              </w:rPr>
              <w:t>minimum 33 kVA</w:t>
            </w:r>
          </w:p>
        </w:tc>
        <w:tc>
          <w:tcPr>
            <w:tcW w:w="1643" w:type="dxa"/>
            <w:vAlign w:val="center"/>
          </w:tcPr>
          <w:p w14:paraId="17C66036" w14:textId="77777777" w:rsidR="004541B7" w:rsidRPr="00DC2348" w:rsidRDefault="004541B7"/>
        </w:tc>
        <w:tc>
          <w:tcPr>
            <w:tcW w:w="1664" w:type="dxa"/>
            <w:vAlign w:val="center"/>
          </w:tcPr>
          <w:p w14:paraId="3065C1A6" w14:textId="77777777" w:rsidR="004541B7" w:rsidRPr="00DC2348" w:rsidRDefault="004541B7"/>
        </w:tc>
      </w:tr>
      <w:tr w:rsidR="004541B7" w:rsidRPr="00DC2348" w14:paraId="2EE9CFAA" w14:textId="77777777" w:rsidTr="004541B7">
        <w:trPr>
          <w:jc w:val="center"/>
        </w:trPr>
        <w:tc>
          <w:tcPr>
            <w:tcW w:w="1605" w:type="dxa"/>
            <w:vAlign w:val="center"/>
          </w:tcPr>
          <w:p w14:paraId="2CAB1BCF" w14:textId="77777777" w:rsidR="004541B7" w:rsidRPr="00DC2348" w:rsidRDefault="004541B7">
            <w:r w:rsidRPr="00DC2348">
              <w:rPr>
                <w:sz w:val="16"/>
              </w:rPr>
              <w:lastRenderedPageBreak/>
              <w:t>4</w:t>
            </w:r>
          </w:p>
        </w:tc>
        <w:tc>
          <w:tcPr>
            <w:tcW w:w="1667" w:type="dxa"/>
            <w:vAlign w:val="center"/>
          </w:tcPr>
          <w:p w14:paraId="3B56A01A" w14:textId="77777777" w:rsidR="004541B7" w:rsidRPr="00DC2348" w:rsidRDefault="004541B7">
            <w:r w:rsidRPr="00DC2348">
              <w:rPr>
                <w:sz w:val="16"/>
              </w:rPr>
              <w:t>Typ akumulatora</w:t>
            </w:r>
          </w:p>
        </w:tc>
        <w:tc>
          <w:tcPr>
            <w:tcW w:w="2190" w:type="dxa"/>
            <w:vAlign w:val="center"/>
          </w:tcPr>
          <w:p w14:paraId="0548DF5D" w14:textId="77777777" w:rsidR="004541B7" w:rsidRPr="00DC2348" w:rsidRDefault="004541B7">
            <w:r w:rsidRPr="00DC2348">
              <w:rPr>
                <w:sz w:val="16"/>
              </w:rPr>
              <w:t>współpraca z akumulatorem litowo-jonowym / wysokonapięciowym</w:t>
            </w:r>
          </w:p>
        </w:tc>
        <w:tc>
          <w:tcPr>
            <w:tcW w:w="1643" w:type="dxa"/>
            <w:vAlign w:val="center"/>
          </w:tcPr>
          <w:p w14:paraId="3BA22C15" w14:textId="77777777" w:rsidR="004541B7" w:rsidRPr="00DC2348" w:rsidRDefault="004541B7"/>
        </w:tc>
        <w:tc>
          <w:tcPr>
            <w:tcW w:w="1664" w:type="dxa"/>
            <w:vAlign w:val="center"/>
          </w:tcPr>
          <w:p w14:paraId="5781F03A" w14:textId="77777777" w:rsidR="004541B7" w:rsidRPr="00DC2348" w:rsidRDefault="004541B7"/>
        </w:tc>
      </w:tr>
      <w:tr w:rsidR="004541B7" w:rsidRPr="00DC2348" w14:paraId="5140855E" w14:textId="77777777" w:rsidTr="004541B7">
        <w:trPr>
          <w:jc w:val="center"/>
        </w:trPr>
        <w:tc>
          <w:tcPr>
            <w:tcW w:w="1605" w:type="dxa"/>
            <w:vAlign w:val="center"/>
          </w:tcPr>
          <w:p w14:paraId="5AD08A7E" w14:textId="77777777" w:rsidR="004541B7" w:rsidRPr="00DC2348" w:rsidRDefault="004541B7">
            <w:r w:rsidRPr="00DC2348">
              <w:rPr>
                <w:sz w:val="16"/>
              </w:rPr>
              <w:t>5</w:t>
            </w:r>
          </w:p>
        </w:tc>
        <w:tc>
          <w:tcPr>
            <w:tcW w:w="1667" w:type="dxa"/>
            <w:vAlign w:val="center"/>
          </w:tcPr>
          <w:p w14:paraId="0D5DE688" w14:textId="77777777" w:rsidR="004541B7" w:rsidRPr="00DC2348" w:rsidRDefault="004541B7">
            <w:r w:rsidRPr="00DC2348">
              <w:rPr>
                <w:sz w:val="16"/>
              </w:rPr>
              <w:t>Zakres napięcia akumulatora</w:t>
            </w:r>
          </w:p>
        </w:tc>
        <w:tc>
          <w:tcPr>
            <w:tcW w:w="2190" w:type="dxa"/>
            <w:vAlign w:val="center"/>
          </w:tcPr>
          <w:p w14:paraId="6661B251" w14:textId="77777777" w:rsidR="004541B7" w:rsidRPr="00DC2348" w:rsidRDefault="004541B7">
            <w:r w:rsidRPr="00DC2348">
              <w:rPr>
                <w:sz w:val="16"/>
              </w:rPr>
              <w:t>co najmniej 160-700 V</w:t>
            </w:r>
          </w:p>
        </w:tc>
        <w:tc>
          <w:tcPr>
            <w:tcW w:w="1643" w:type="dxa"/>
            <w:vAlign w:val="center"/>
          </w:tcPr>
          <w:p w14:paraId="7B057FCB" w14:textId="77777777" w:rsidR="004541B7" w:rsidRPr="00DC2348" w:rsidRDefault="004541B7"/>
        </w:tc>
        <w:tc>
          <w:tcPr>
            <w:tcW w:w="1664" w:type="dxa"/>
            <w:vAlign w:val="center"/>
          </w:tcPr>
          <w:p w14:paraId="1D0483C9" w14:textId="77777777" w:rsidR="004541B7" w:rsidRPr="00DC2348" w:rsidRDefault="004541B7"/>
        </w:tc>
      </w:tr>
      <w:tr w:rsidR="004541B7" w:rsidRPr="00DC2348" w14:paraId="7C54B71B" w14:textId="77777777" w:rsidTr="004541B7">
        <w:trPr>
          <w:jc w:val="center"/>
        </w:trPr>
        <w:tc>
          <w:tcPr>
            <w:tcW w:w="1605" w:type="dxa"/>
            <w:vAlign w:val="center"/>
          </w:tcPr>
          <w:p w14:paraId="33494EB3" w14:textId="77777777" w:rsidR="004541B7" w:rsidRPr="00DC2348" w:rsidRDefault="004541B7">
            <w:r w:rsidRPr="00DC2348">
              <w:rPr>
                <w:sz w:val="16"/>
              </w:rPr>
              <w:t>6</w:t>
            </w:r>
          </w:p>
        </w:tc>
        <w:tc>
          <w:tcPr>
            <w:tcW w:w="1667" w:type="dxa"/>
            <w:vAlign w:val="center"/>
          </w:tcPr>
          <w:p w14:paraId="1E5D03EB" w14:textId="77777777" w:rsidR="004541B7" w:rsidRPr="00DC2348" w:rsidRDefault="004541B7">
            <w:r w:rsidRPr="00DC2348">
              <w:rPr>
                <w:sz w:val="16"/>
              </w:rPr>
              <w:t>Maks. prąd ładowania</w:t>
            </w:r>
          </w:p>
        </w:tc>
        <w:tc>
          <w:tcPr>
            <w:tcW w:w="2190" w:type="dxa"/>
            <w:vAlign w:val="center"/>
          </w:tcPr>
          <w:p w14:paraId="716C0E82" w14:textId="77777777" w:rsidR="004541B7" w:rsidRPr="00DC2348" w:rsidRDefault="004541B7">
            <w:r w:rsidRPr="00DC2348">
              <w:rPr>
                <w:sz w:val="16"/>
              </w:rPr>
              <w:t>minimum 100 A</w:t>
            </w:r>
          </w:p>
        </w:tc>
        <w:tc>
          <w:tcPr>
            <w:tcW w:w="1643" w:type="dxa"/>
            <w:vAlign w:val="center"/>
          </w:tcPr>
          <w:p w14:paraId="0B621CDA" w14:textId="77777777" w:rsidR="004541B7" w:rsidRPr="00DC2348" w:rsidRDefault="004541B7"/>
        </w:tc>
        <w:tc>
          <w:tcPr>
            <w:tcW w:w="1664" w:type="dxa"/>
            <w:vAlign w:val="center"/>
          </w:tcPr>
          <w:p w14:paraId="4DF99EFA" w14:textId="77777777" w:rsidR="004541B7" w:rsidRPr="00DC2348" w:rsidRDefault="004541B7"/>
        </w:tc>
      </w:tr>
      <w:tr w:rsidR="004541B7" w:rsidRPr="00DC2348" w14:paraId="4765C7B3" w14:textId="77777777" w:rsidTr="004541B7">
        <w:trPr>
          <w:jc w:val="center"/>
        </w:trPr>
        <w:tc>
          <w:tcPr>
            <w:tcW w:w="1605" w:type="dxa"/>
            <w:vAlign w:val="center"/>
          </w:tcPr>
          <w:p w14:paraId="5901824A" w14:textId="77777777" w:rsidR="004541B7" w:rsidRPr="00DC2348" w:rsidRDefault="004541B7">
            <w:r w:rsidRPr="00DC2348">
              <w:rPr>
                <w:sz w:val="16"/>
              </w:rPr>
              <w:t>7</w:t>
            </w:r>
          </w:p>
        </w:tc>
        <w:tc>
          <w:tcPr>
            <w:tcW w:w="1667" w:type="dxa"/>
            <w:vAlign w:val="center"/>
          </w:tcPr>
          <w:p w14:paraId="29F037E9" w14:textId="77777777" w:rsidR="004541B7" w:rsidRPr="00DC2348" w:rsidRDefault="004541B7">
            <w:r w:rsidRPr="00DC2348">
              <w:rPr>
                <w:sz w:val="16"/>
              </w:rPr>
              <w:t>Maks. prąd rozładowania</w:t>
            </w:r>
          </w:p>
        </w:tc>
        <w:tc>
          <w:tcPr>
            <w:tcW w:w="2190" w:type="dxa"/>
            <w:vAlign w:val="center"/>
          </w:tcPr>
          <w:p w14:paraId="7F9DB61D" w14:textId="77777777" w:rsidR="004541B7" w:rsidRPr="00DC2348" w:rsidRDefault="004541B7">
            <w:r w:rsidRPr="00DC2348">
              <w:rPr>
                <w:sz w:val="16"/>
              </w:rPr>
              <w:t>minimum 100 A</w:t>
            </w:r>
          </w:p>
        </w:tc>
        <w:tc>
          <w:tcPr>
            <w:tcW w:w="1643" w:type="dxa"/>
            <w:vAlign w:val="center"/>
          </w:tcPr>
          <w:p w14:paraId="7030BCF9" w14:textId="77777777" w:rsidR="004541B7" w:rsidRPr="00DC2348" w:rsidRDefault="004541B7"/>
        </w:tc>
        <w:tc>
          <w:tcPr>
            <w:tcW w:w="1664" w:type="dxa"/>
            <w:vAlign w:val="center"/>
          </w:tcPr>
          <w:p w14:paraId="18CE8F8D" w14:textId="77777777" w:rsidR="004541B7" w:rsidRPr="00DC2348" w:rsidRDefault="004541B7"/>
        </w:tc>
      </w:tr>
      <w:tr w:rsidR="004541B7" w:rsidRPr="00DC2348" w14:paraId="226F8BD5" w14:textId="77777777" w:rsidTr="004541B7">
        <w:trPr>
          <w:jc w:val="center"/>
        </w:trPr>
        <w:tc>
          <w:tcPr>
            <w:tcW w:w="1605" w:type="dxa"/>
            <w:vAlign w:val="center"/>
          </w:tcPr>
          <w:p w14:paraId="26AAEFB3" w14:textId="77777777" w:rsidR="004541B7" w:rsidRPr="00DC2348" w:rsidRDefault="004541B7">
            <w:r w:rsidRPr="00DC2348">
              <w:rPr>
                <w:sz w:val="16"/>
              </w:rPr>
              <w:t>8</w:t>
            </w:r>
          </w:p>
        </w:tc>
        <w:tc>
          <w:tcPr>
            <w:tcW w:w="1667" w:type="dxa"/>
            <w:vAlign w:val="center"/>
          </w:tcPr>
          <w:p w14:paraId="06BA7F6C" w14:textId="77777777" w:rsidR="004541B7" w:rsidRPr="00DC2348" w:rsidRDefault="004541B7">
            <w:r w:rsidRPr="00DC2348">
              <w:rPr>
                <w:sz w:val="16"/>
              </w:rPr>
              <w:t>Liczba portów akumulatora</w:t>
            </w:r>
          </w:p>
        </w:tc>
        <w:tc>
          <w:tcPr>
            <w:tcW w:w="2190" w:type="dxa"/>
            <w:vAlign w:val="center"/>
          </w:tcPr>
          <w:p w14:paraId="3BB6FA19" w14:textId="77777777" w:rsidR="004541B7" w:rsidRPr="00DC2348" w:rsidRDefault="004541B7">
            <w:r w:rsidRPr="00DC2348">
              <w:rPr>
                <w:sz w:val="16"/>
              </w:rPr>
              <w:t>minimum 2</w:t>
            </w:r>
          </w:p>
        </w:tc>
        <w:tc>
          <w:tcPr>
            <w:tcW w:w="1643" w:type="dxa"/>
            <w:vAlign w:val="center"/>
          </w:tcPr>
          <w:p w14:paraId="63E749B8" w14:textId="77777777" w:rsidR="004541B7" w:rsidRPr="00DC2348" w:rsidRDefault="004541B7"/>
        </w:tc>
        <w:tc>
          <w:tcPr>
            <w:tcW w:w="1664" w:type="dxa"/>
            <w:vAlign w:val="center"/>
          </w:tcPr>
          <w:p w14:paraId="3B03F8E0" w14:textId="77777777" w:rsidR="004541B7" w:rsidRPr="00DC2348" w:rsidRDefault="004541B7"/>
        </w:tc>
      </w:tr>
      <w:tr w:rsidR="004541B7" w:rsidRPr="00DC2348" w14:paraId="391E9813" w14:textId="77777777" w:rsidTr="004541B7">
        <w:trPr>
          <w:jc w:val="center"/>
        </w:trPr>
        <w:tc>
          <w:tcPr>
            <w:tcW w:w="1605" w:type="dxa"/>
            <w:vAlign w:val="center"/>
          </w:tcPr>
          <w:p w14:paraId="2C5437C8" w14:textId="77777777" w:rsidR="004541B7" w:rsidRPr="00DC2348" w:rsidRDefault="004541B7">
            <w:r w:rsidRPr="00DC2348">
              <w:rPr>
                <w:sz w:val="16"/>
              </w:rPr>
              <w:t>9</w:t>
            </w:r>
          </w:p>
        </w:tc>
        <w:tc>
          <w:tcPr>
            <w:tcW w:w="1667" w:type="dxa"/>
            <w:vAlign w:val="center"/>
          </w:tcPr>
          <w:p w14:paraId="35ECBF7C" w14:textId="77777777" w:rsidR="004541B7" w:rsidRPr="00DC2348" w:rsidRDefault="004541B7">
            <w:r w:rsidRPr="00DC2348">
              <w:rPr>
                <w:sz w:val="16"/>
              </w:rPr>
              <w:t>Maksymalne napięcie wejściowe PV</w:t>
            </w:r>
          </w:p>
        </w:tc>
        <w:tc>
          <w:tcPr>
            <w:tcW w:w="2190" w:type="dxa"/>
            <w:vAlign w:val="center"/>
          </w:tcPr>
          <w:p w14:paraId="567ACAFE" w14:textId="77777777" w:rsidR="004541B7" w:rsidRPr="00DC2348" w:rsidRDefault="004541B7">
            <w:r w:rsidRPr="00DC2348">
              <w:rPr>
                <w:sz w:val="16"/>
              </w:rPr>
              <w:t>minimum 1000 V</w:t>
            </w:r>
          </w:p>
        </w:tc>
        <w:tc>
          <w:tcPr>
            <w:tcW w:w="1643" w:type="dxa"/>
            <w:vAlign w:val="center"/>
          </w:tcPr>
          <w:p w14:paraId="4F46E12A" w14:textId="77777777" w:rsidR="004541B7" w:rsidRPr="00DC2348" w:rsidRDefault="004541B7"/>
        </w:tc>
        <w:tc>
          <w:tcPr>
            <w:tcW w:w="1664" w:type="dxa"/>
            <w:vAlign w:val="center"/>
          </w:tcPr>
          <w:p w14:paraId="6D38DA60" w14:textId="77777777" w:rsidR="004541B7" w:rsidRPr="00DC2348" w:rsidRDefault="004541B7"/>
        </w:tc>
      </w:tr>
      <w:tr w:rsidR="004541B7" w:rsidRPr="00DC2348" w14:paraId="6CFB5946" w14:textId="77777777" w:rsidTr="004541B7">
        <w:trPr>
          <w:jc w:val="center"/>
        </w:trPr>
        <w:tc>
          <w:tcPr>
            <w:tcW w:w="1605" w:type="dxa"/>
            <w:vAlign w:val="center"/>
          </w:tcPr>
          <w:p w14:paraId="65BCECD6" w14:textId="77777777" w:rsidR="004541B7" w:rsidRPr="00DC2348" w:rsidRDefault="004541B7">
            <w:r w:rsidRPr="00DC2348">
              <w:rPr>
                <w:sz w:val="16"/>
              </w:rPr>
              <w:t>10</w:t>
            </w:r>
          </w:p>
        </w:tc>
        <w:tc>
          <w:tcPr>
            <w:tcW w:w="1667" w:type="dxa"/>
            <w:vAlign w:val="center"/>
          </w:tcPr>
          <w:p w14:paraId="1BD6C914" w14:textId="77777777" w:rsidR="004541B7" w:rsidRPr="00DC2348" w:rsidRDefault="004541B7">
            <w:r w:rsidRPr="00DC2348">
              <w:rPr>
                <w:sz w:val="16"/>
              </w:rPr>
              <w:t>Napięcie startowe</w:t>
            </w:r>
          </w:p>
        </w:tc>
        <w:tc>
          <w:tcPr>
            <w:tcW w:w="2190" w:type="dxa"/>
            <w:vAlign w:val="center"/>
          </w:tcPr>
          <w:p w14:paraId="19ECB6FF" w14:textId="77777777" w:rsidR="004541B7" w:rsidRPr="00DC2348" w:rsidRDefault="004541B7">
            <w:r w:rsidRPr="00DC2348">
              <w:rPr>
                <w:sz w:val="16"/>
              </w:rPr>
              <w:t>nie większe niż 180 V</w:t>
            </w:r>
          </w:p>
        </w:tc>
        <w:tc>
          <w:tcPr>
            <w:tcW w:w="1643" w:type="dxa"/>
            <w:vAlign w:val="center"/>
          </w:tcPr>
          <w:p w14:paraId="7259F425" w14:textId="77777777" w:rsidR="004541B7" w:rsidRPr="00DC2348" w:rsidRDefault="004541B7"/>
        </w:tc>
        <w:tc>
          <w:tcPr>
            <w:tcW w:w="1664" w:type="dxa"/>
            <w:vAlign w:val="center"/>
          </w:tcPr>
          <w:p w14:paraId="7FF82048" w14:textId="77777777" w:rsidR="004541B7" w:rsidRPr="00DC2348" w:rsidRDefault="004541B7"/>
        </w:tc>
      </w:tr>
      <w:tr w:rsidR="004541B7" w:rsidRPr="00DC2348" w14:paraId="2FCF8AC6" w14:textId="77777777" w:rsidTr="004541B7">
        <w:trPr>
          <w:jc w:val="center"/>
        </w:trPr>
        <w:tc>
          <w:tcPr>
            <w:tcW w:w="1605" w:type="dxa"/>
            <w:vAlign w:val="center"/>
          </w:tcPr>
          <w:p w14:paraId="019CBAA9" w14:textId="77777777" w:rsidR="004541B7" w:rsidRPr="00DC2348" w:rsidRDefault="004541B7">
            <w:r w:rsidRPr="00DC2348">
              <w:rPr>
                <w:sz w:val="16"/>
              </w:rPr>
              <w:t>11</w:t>
            </w:r>
          </w:p>
        </w:tc>
        <w:tc>
          <w:tcPr>
            <w:tcW w:w="1667" w:type="dxa"/>
            <w:vAlign w:val="center"/>
          </w:tcPr>
          <w:p w14:paraId="74B18BFB" w14:textId="77777777" w:rsidR="004541B7" w:rsidRPr="00DC2348" w:rsidRDefault="004541B7">
            <w:r w:rsidRPr="00DC2348">
              <w:rPr>
                <w:sz w:val="16"/>
              </w:rPr>
              <w:t>Zakres napięcia MPPT</w:t>
            </w:r>
          </w:p>
        </w:tc>
        <w:tc>
          <w:tcPr>
            <w:tcW w:w="2190" w:type="dxa"/>
            <w:vAlign w:val="center"/>
          </w:tcPr>
          <w:p w14:paraId="5A540AED" w14:textId="77777777" w:rsidR="004541B7" w:rsidRPr="00DC2348" w:rsidRDefault="004541B7">
            <w:r w:rsidRPr="00DC2348">
              <w:rPr>
                <w:sz w:val="16"/>
              </w:rPr>
              <w:t>co najmniej 150-850 V</w:t>
            </w:r>
          </w:p>
        </w:tc>
        <w:tc>
          <w:tcPr>
            <w:tcW w:w="1643" w:type="dxa"/>
            <w:vAlign w:val="center"/>
          </w:tcPr>
          <w:p w14:paraId="1B55392B" w14:textId="77777777" w:rsidR="004541B7" w:rsidRPr="00DC2348" w:rsidRDefault="004541B7"/>
        </w:tc>
        <w:tc>
          <w:tcPr>
            <w:tcW w:w="1664" w:type="dxa"/>
            <w:vAlign w:val="center"/>
          </w:tcPr>
          <w:p w14:paraId="2F7ED574" w14:textId="77777777" w:rsidR="004541B7" w:rsidRPr="00DC2348" w:rsidRDefault="004541B7"/>
        </w:tc>
      </w:tr>
      <w:tr w:rsidR="004541B7" w:rsidRPr="00DC2348" w14:paraId="7CD7C9AF" w14:textId="77777777" w:rsidTr="004541B7">
        <w:trPr>
          <w:jc w:val="center"/>
        </w:trPr>
        <w:tc>
          <w:tcPr>
            <w:tcW w:w="1605" w:type="dxa"/>
            <w:vAlign w:val="center"/>
          </w:tcPr>
          <w:p w14:paraId="480B9A48" w14:textId="77777777" w:rsidR="004541B7" w:rsidRPr="00DC2348" w:rsidRDefault="004541B7">
            <w:r w:rsidRPr="00DC2348">
              <w:rPr>
                <w:sz w:val="16"/>
              </w:rPr>
              <w:t>12</w:t>
            </w:r>
          </w:p>
        </w:tc>
        <w:tc>
          <w:tcPr>
            <w:tcW w:w="1667" w:type="dxa"/>
            <w:vAlign w:val="center"/>
          </w:tcPr>
          <w:p w14:paraId="002A9985" w14:textId="77777777" w:rsidR="004541B7" w:rsidRPr="00DC2348" w:rsidRDefault="004541B7">
            <w:r w:rsidRPr="00DC2348">
              <w:rPr>
                <w:sz w:val="16"/>
              </w:rPr>
              <w:t>Liczba MPPT</w:t>
            </w:r>
          </w:p>
        </w:tc>
        <w:tc>
          <w:tcPr>
            <w:tcW w:w="2190" w:type="dxa"/>
            <w:vAlign w:val="center"/>
          </w:tcPr>
          <w:p w14:paraId="7D50433A" w14:textId="77777777" w:rsidR="004541B7" w:rsidRPr="00DC2348" w:rsidRDefault="004541B7">
            <w:r w:rsidRPr="00DC2348">
              <w:rPr>
                <w:sz w:val="16"/>
              </w:rPr>
              <w:t>minimum 3 dla modelu 30 kW lub więcej, zgodnie z kartą producenta</w:t>
            </w:r>
          </w:p>
        </w:tc>
        <w:tc>
          <w:tcPr>
            <w:tcW w:w="1643" w:type="dxa"/>
            <w:vAlign w:val="center"/>
          </w:tcPr>
          <w:p w14:paraId="4C61297F" w14:textId="77777777" w:rsidR="004541B7" w:rsidRPr="00DC2348" w:rsidRDefault="004541B7"/>
        </w:tc>
        <w:tc>
          <w:tcPr>
            <w:tcW w:w="1664" w:type="dxa"/>
            <w:vAlign w:val="center"/>
          </w:tcPr>
          <w:p w14:paraId="4681CE65" w14:textId="77777777" w:rsidR="004541B7" w:rsidRPr="00DC2348" w:rsidRDefault="004541B7"/>
        </w:tc>
      </w:tr>
      <w:tr w:rsidR="004541B7" w:rsidRPr="00DC2348" w14:paraId="2B038D02" w14:textId="77777777" w:rsidTr="004541B7">
        <w:trPr>
          <w:jc w:val="center"/>
        </w:trPr>
        <w:tc>
          <w:tcPr>
            <w:tcW w:w="1605" w:type="dxa"/>
            <w:vAlign w:val="center"/>
          </w:tcPr>
          <w:p w14:paraId="7D614C56" w14:textId="77777777" w:rsidR="004541B7" w:rsidRPr="00DC2348" w:rsidRDefault="004541B7">
            <w:r w:rsidRPr="00DC2348">
              <w:rPr>
                <w:sz w:val="16"/>
              </w:rPr>
              <w:t>13</w:t>
            </w:r>
          </w:p>
        </w:tc>
        <w:tc>
          <w:tcPr>
            <w:tcW w:w="1667" w:type="dxa"/>
            <w:vAlign w:val="center"/>
          </w:tcPr>
          <w:p w14:paraId="18BA728F" w14:textId="77777777" w:rsidR="004541B7" w:rsidRPr="00DC2348" w:rsidRDefault="004541B7">
            <w:r w:rsidRPr="00DC2348">
              <w:rPr>
                <w:sz w:val="16"/>
              </w:rPr>
              <w:t>Liczba stringów na MPPT</w:t>
            </w:r>
          </w:p>
        </w:tc>
        <w:tc>
          <w:tcPr>
            <w:tcW w:w="2190" w:type="dxa"/>
            <w:vAlign w:val="center"/>
          </w:tcPr>
          <w:p w14:paraId="43C9A068" w14:textId="77777777" w:rsidR="004541B7" w:rsidRPr="00DC2348" w:rsidRDefault="004541B7">
            <w:r w:rsidRPr="00DC2348">
              <w:rPr>
                <w:sz w:val="16"/>
              </w:rPr>
              <w:t>zgodna z kartą producenta i projektem rozmieszczenia</w:t>
            </w:r>
          </w:p>
        </w:tc>
        <w:tc>
          <w:tcPr>
            <w:tcW w:w="1643" w:type="dxa"/>
            <w:vAlign w:val="center"/>
          </w:tcPr>
          <w:p w14:paraId="1F594FD8" w14:textId="77777777" w:rsidR="004541B7" w:rsidRPr="00DC2348" w:rsidRDefault="004541B7"/>
        </w:tc>
        <w:tc>
          <w:tcPr>
            <w:tcW w:w="1664" w:type="dxa"/>
            <w:vAlign w:val="center"/>
          </w:tcPr>
          <w:p w14:paraId="4058D581" w14:textId="77777777" w:rsidR="004541B7" w:rsidRPr="00DC2348" w:rsidRDefault="004541B7"/>
        </w:tc>
      </w:tr>
      <w:tr w:rsidR="004541B7" w:rsidRPr="00DC2348" w14:paraId="1A64F1C2" w14:textId="77777777" w:rsidTr="004541B7">
        <w:trPr>
          <w:jc w:val="center"/>
        </w:trPr>
        <w:tc>
          <w:tcPr>
            <w:tcW w:w="1605" w:type="dxa"/>
            <w:vAlign w:val="center"/>
          </w:tcPr>
          <w:p w14:paraId="424542B8" w14:textId="77777777" w:rsidR="004541B7" w:rsidRPr="00DC2348" w:rsidRDefault="004541B7">
            <w:r w:rsidRPr="00DC2348">
              <w:rPr>
                <w:sz w:val="16"/>
              </w:rPr>
              <w:t>14</w:t>
            </w:r>
          </w:p>
        </w:tc>
        <w:tc>
          <w:tcPr>
            <w:tcW w:w="1667" w:type="dxa"/>
            <w:vAlign w:val="center"/>
          </w:tcPr>
          <w:p w14:paraId="761D6123" w14:textId="77777777" w:rsidR="004541B7" w:rsidRPr="00DC2348" w:rsidRDefault="004541B7">
            <w:r w:rsidRPr="00DC2348">
              <w:rPr>
                <w:sz w:val="16"/>
              </w:rPr>
              <w:t>Sprawność maksymalna</w:t>
            </w:r>
          </w:p>
        </w:tc>
        <w:tc>
          <w:tcPr>
            <w:tcW w:w="2190" w:type="dxa"/>
            <w:vAlign w:val="center"/>
          </w:tcPr>
          <w:p w14:paraId="602462D1" w14:textId="77777777" w:rsidR="004541B7" w:rsidRPr="00DC2348" w:rsidRDefault="004541B7">
            <w:r w:rsidRPr="00DC2348">
              <w:rPr>
                <w:sz w:val="16"/>
              </w:rPr>
              <w:t>minimum 97,6%</w:t>
            </w:r>
          </w:p>
        </w:tc>
        <w:tc>
          <w:tcPr>
            <w:tcW w:w="1643" w:type="dxa"/>
            <w:vAlign w:val="center"/>
          </w:tcPr>
          <w:p w14:paraId="7F26C603" w14:textId="77777777" w:rsidR="004541B7" w:rsidRPr="00DC2348" w:rsidRDefault="004541B7"/>
        </w:tc>
        <w:tc>
          <w:tcPr>
            <w:tcW w:w="1664" w:type="dxa"/>
            <w:vAlign w:val="center"/>
          </w:tcPr>
          <w:p w14:paraId="0D874B6B" w14:textId="77777777" w:rsidR="004541B7" w:rsidRPr="00DC2348" w:rsidRDefault="004541B7"/>
        </w:tc>
      </w:tr>
      <w:tr w:rsidR="004541B7" w:rsidRPr="00DC2348" w14:paraId="01BC1651" w14:textId="77777777" w:rsidTr="004541B7">
        <w:trPr>
          <w:jc w:val="center"/>
        </w:trPr>
        <w:tc>
          <w:tcPr>
            <w:tcW w:w="1605" w:type="dxa"/>
            <w:vAlign w:val="center"/>
          </w:tcPr>
          <w:p w14:paraId="2D9B678F" w14:textId="77777777" w:rsidR="004541B7" w:rsidRPr="00DC2348" w:rsidRDefault="004541B7">
            <w:r w:rsidRPr="00DC2348">
              <w:rPr>
                <w:sz w:val="16"/>
              </w:rPr>
              <w:t>15</w:t>
            </w:r>
          </w:p>
        </w:tc>
        <w:tc>
          <w:tcPr>
            <w:tcW w:w="1667" w:type="dxa"/>
            <w:vAlign w:val="center"/>
          </w:tcPr>
          <w:p w14:paraId="3DE0A8C0" w14:textId="77777777" w:rsidR="004541B7" w:rsidRPr="00DC2348" w:rsidRDefault="004541B7">
            <w:r w:rsidRPr="00DC2348">
              <w:rPr>
                <w:sz w:val="16"/>
              </w:rPr>
              <w:t>Sprawność europejska</w:t>
            </w:r>
          </w:p>
        </w:tc>
        <w:tc>
          <w:tcPr>
            <w:tcW w:w="2190" w:type="dxa"/>
            <w:vAlign w:val="center"/>
          </w:tcPr>
          <w:p w14:paraId="6EB69262" w14:textId="77777777" w:rsidR="004541B7" w:rsidRPr="00DC2348" w:rsidRDefault="004541B7">
            <w:r w:rsidRPr="00DC2348">
              <w:rPr>
                <w:sz w:val="16"/>
              </w:rPr>
              <w:t>minimum 96,5%</w:t>
            </w:r>
          </w:p>
        </w:tc>
        <w:tc>
          <w:tcPr>
            <w:tcW w:w="1643" w:type="dxa"/>
            <w:vAlign w:val="center"/>
          </w:tcPr>
          <w:p w14:paraId="31CA8E73" w14:textId="77777777" w:rsidR="004541B7" w:rsidRPr="00DC2348" w:rsidRDefault="004541B7"/>
        </w:tc>
        <w:tc>
          <w:tcPr>
            <w:tcW w:w="1664" w:type="dxa"/>
            <w:vAlign w:val="center"/>
          </w:tcPr>
          <w:p w14:paraId="42C7B01D" w14:textId="77777777" w:rsidR="004541B7" w:rsidRPr="00DC2348" w:rsidRDefault="004541B7"/>
        </w:tc>
      </w:tr>
      <w:tr w:rsidR="004541B7" w:rsidRPr="00DC2348" w14:paraId="5B0124F1" w14:textId="77777777" w:rsidTr="004541B7">
        <w:trPr>
          <w:jc w:val="center"/>
        </w:trPr>
        <w:tc>
          <w:tcPr>
            <w:tcW w:w="1605" w:type="dxa"/>
            <w:vAlign w:val="center"/>
          </w:tcPr>
          <w:p w14:paraId="27B0C35F" w14:textId="77777777" w:rsidR="004541B7" w:rsidRPr="00DC2348" w:rsidRDefault="004541B7">
            <w:r w:rsidRPr="00DC2348">
              <w:rPr>
                <w:sz w:val="16"/>
              </w:rPr>
              <w:t>16</w:t>
            </w:r>
          </w:p>
        </w:tc>
        <w:tc>
          <w:tcPr>
            <w:tcW w:w="1667" w:type="dxa"/>
            <w:vAlign w:val="center"/>
          </w:tcPr>
          <w:p w14:paraId="4343D1DB" w14:textId="77777777" w:rsidR="004541B7" w:rsidRPr="00DC2348" w:rsidRDefault="004541B7">
            <w:r w:rsidRPr="00DC2348">
              <w:rPr>
                <w:sz w:val="16"/>
              </w:rPr>
              <w:t>Wydajność MPPT</w:t>
            </w:r>
          </w:p>
        </w:tc>
        <w:tc>
          <w:tcPr>
            <w:tcW w:w="2190" w:type="dxa"/>
            <w:vAlign w:val="center"/>
          </w:tcPr>
          <w:p w14:paraId="1BD68DD6" w14:textId="77777777" w:rsidR="004541B7" w:rsidRPr="00DC2348" w:rsidRDefault="004541B7">
            <w:r w:rsidRPr="00DC2348">
              <w:rPr>
                <w:sz w:val="16"/>
              </w:rPr>
              <w:t>minimum 99,9%</w:t>
            </w:r>
          </w:p>
        </w:tc>
        <w:tc>
          <w:tcPr>
            <w:tcW w:w="1643" w:type="dxa"/>
            <w:vAlign w:val="center"/>
          </w:tcPr>
          <w:p w14:paraId="15273061" w14:textId="77777777" w:rsidR="004541B7" w:rsidRPr="00DC2348" w:rsidRDefault="004541B7"/>
        </w:tc>
        <w:tc>
          <w:tcPr>
            <w:tcW w:w="1664" w:type="dxa"/>
            <w:vAlign w:val="center"/>
          </w:tcPr>
          <w:p w14:paraId="1B77B901" w14:textId="77777777" w:rsidR="004541B7" w:rsidRPr="00DC2348" w:rsidRDefault="004541B7"/>
        </w:tc>
      </w:tr>
      <w:tr w:rsidR="004541B7" w:rsidRPr="00DC2348" w14:paraId="7E2DE24D" w14:textId="77777777" w:rsidTr="004541B7">
        <w:trPr>
          <w:jc w:val="center"/>
        </w:trPr>
        <w:tc>
          <w:tcPr>
            <w:tcW w:w="1605" w:type="dxa"/>
            <w:vAlign w:val="center"/>
          </w:tcPr>
          <w:p w14:paraId="55F319A0" w14:textId="77777777" w:rsidR="004541B7" w:rsidRPr="00DC2348" w:rsidRDefault="004541B7">
            <w:r w:rsidRPr="00DC2348">
              <w:rPr>
                <w:sz w:val="16"/>
              </w:rPr>
              <w:t>17</w:t>
            </w:r>
          </w:p>
        </w:tc>
        <w:tc>
          <w:tcPr>
            <w:tcW w:w="1667" w:type="dxa"/>
            <w:vAlign w:val="center"/>
          </w:tcPr>
          <w:p w14:paraId="6A2AF46D" w14:textId="77777777" w:rsidR="004541B7" w:rsidRPr="00DC2348" w:rsidRDefault="004541B7">
            <w:r w:rsidRPr="00DC2348">
              <w:rPr>
                <w:sz w:val="16"/>
              </w:rPr>
              <w:t>Współczynnik mocy</w:t>
            </w:r>
          </w:p>
        </w:tc>
        <w:tc>
          <w:tcPr>
            <w:tcW w:w="2190" w:type="dxa"/>
            <w:vAlign w:val="center"/>
          </w:tcPr>
          <w:p w14:paraId="0CEFE99E" w14:textId="77777777" w:rsidR="004541B7" w:rsidRPr="00DC2348" w:rsidRDefault="004541B7">
            <w:r w:rsidRPr="00DC2348">
              <w:rPr>
                <w:sz w:val="16"/>
              </w:rPr>
              <w:t>co najmniej od 0,8 wiodący do 0,8 opóźniony</w:t>
            </w:r>
          </w:p>
        </w:tc>
        <w:tc>
          <w:tcPr>
            <w:tcW w:w="1643" w:type="dxa"/>
            <w:vAlign w:val="center"/>
          </w:tcPr>
          <w:p w14:paraId="7F35AF72" w14:textId="77777777" w:rsidR="004541B7" w:rsidRPr="00DC2348" w:rsidRDefault="004541B7"/>
        </w:tc>
        <w:tc>
          <w:tcPr>
            <w:tcW w:w="1664" w:type="dxa"/>
            <w:vAlign w:val="center"/>
          </w:tcPr>
          <w:p w14:paraId="499898E2" w14:textId="77777777" w:rsidR="004541B7" w:rsidRPr="00DC2348" w:rsidRDefault="004541B7"/>
        </w:tc>
      </w:tr>
      <w:tr w:rsidR="004541B7" w:rsidRPr="00DC2348" w14:paraId="151B4B2C" w14:textId="77777777" w:rsidTr="004541B7">
        <w:trPr>
          <w:jc w:val="center"/>
        </w:trPr>
        <w:tc>
          <w:tcPr>
            <w:tcW w:w="1605" w:type="dxa"/>
            <w:vAlign w:val="center"/>
          </w:tcPr>
          <w:p w14:paraId="414F99C3" w14:textId="77777777" w:rsidR="004541B7" w:rsidRPr="00DC2348" w:rsidRDefault="004541B7">
            <w:r w:rsidRPr="00DC2348">
              <w:rPr>
                <w:sz w:val="16"/>
              </w:rPr>
              <w:t>18</w:t>
            </w:r>
          </w:p>
        </w:tc>
        <w:tc>
          <w:tcPr>
            <w:tcW w:w="1667" w:type="dxa"/>
            <w:vAlign w:val="center"/>
          </w:tcPr>
          <w:p w14:paraId="25CA95FF" w14:textId="77777777" w:rsidR="004541B7" w:rsidRPr="00DC2348" w:rsidRDefault="004541B7">
            <w:r w:rsidRPr="00DC2348">
              <w:rPr>
                <w:sz w:val="16"/>
              </w:rPr>
              <w:t>THDi</w:t>
            </w:r>
          </w:p>
        </w:tc>
        <w:tc>
          <w:tcPr>
            <w:tcW w:w="2190" w:type="dxa"/>
            <w:vAlign w:val="center"/>
          </w:tcPr>
          <w:p w14:paraId="67E92E67" w14:textId="77777777" w:rsidR="004541B7" w:rsidRPr="00DC2348" w:rsidRDefault="004541B7">
            <w:r w:rsidRPr="00DC2348">
              <w:rPr>
                <w:sz w:val="16"/>
              </w:rPr>
              <w:t>poniżej 3% mocy nominalnej</w:t>
            </w:r>
          </w:p>
        </w:tc>
        <w:tc>
          <w:tcPr>
            <w:tcW w:w="1643" w:type="dxa"/>
            <w:vAlign w:val="center"/>
          </w:tcPr>
          <w:p w14:paraId="38328226" w14:textId="77777777" w:rsidR="004541B7" w:rsidRPr="00DC2348" w:rsidRDefault="004541B7"/>
        </w:tc>
        <w:tc>
          <w:tcPr>
            <w:tcW w:w="1664" w:type="dxa"/>
            <w:vAlign w:val="center"/>
          </w:tcPr>
          <w:p w14:paraId="04B7AAAC" w14:textId="77777777" w:rsidR="004541B7" w:rsidRPr="00DC2348" w:rsidRDefault="004541B7"/>
        </w:tc>
      </w:tr>
      <w:tr w:rsidR="004541B7" w:rsidRPr="00DC2348" w14:paraId="6667722D" w14:textId="77777777" w:rsidTr="004541B7">
        <w:trPr>
          <w:jc w:val="center"/>
        </w:trPr>
        <w:tc>
          <w:tcPr>
            <w:tcW w:w="1605" w:type="dxa"/>
            <w:vAlign w:val="center"/>
          </w:tcPr>
          <w:p w14:paraId="531FA3C9" w14:textId="77777777" w:rsidR="004541B7" w:rsidRPr="00DC2348" w:rsidRDefault="004541B7">
            <w:r w:rsidRPr="00DC2348">
              <w:rPr>
                <w:sz w:val="16"/>
              </w:rPr>
              <w:t>19</w:t>
            </w:r>
          </w:p>
        </w:tc>
        <w:tc>
          <w:tcPr>
            <w:tcW w:w="1667" w:type="dxa"/>
            <w:vAlign w:val="center"/>
          </w:tcPr>
          <w:p w14:paraId="7FDB36D3" w14:textId="77777777" w:rsidR="004541B7" w:rsidRPr="00DC2348" w:rsidRDefault="004541B7">
            <w:r w:rsidRPr="00DC2348">
              <w:rPr>
                <w:sz w:val="16"/>
              </w:rPr>
              <w:t>Przyłączenie do sieci</w:t>
            </w:r>
          </w:p>
        </w:tc>
        <w:tc>
          <w:tcPr>
            <w:tcW w:w="2190" w:type="dxa"/>
            <w:vAlign w:val="center"/>
          </w:tcPr>
          <w:p w14:paraId="17D33092" w14:textId="77777777" w:rsidR="004541B7" w:rsidRPr="00DC2348" w:rsidRDefault="004541B7">
            <w:r w:rsidRPr="00DC2348">
              <w:rPr>
                <w:sz w:val="16"/>
              </w:rPr>
              <w:t>3L+N+PE</w:t>
            </w:r>
          </w:p>
        </w:tc>
        <w:tc>
          <w:tcPr>
            <w:tcW w:w="1643" w:type="dxa"/>
            <w:vAlign w:val="center"/>
          </w:tcPr>
          <w:p w14:paraId="07E90DA1" w14:textId="77777777" w:rsidR="004541B7" w:rsidRPr="00DC2348" w:rsidRDefault="004541B7"/>
        </w:tc>
        <w:tc>
          <w:tcPr>
            <w:tcW w:w="1664" w:type="dxa"/>
            <w:vAlign w:val="center"/>
          </w:tcPr>
          <w:p w14:paraId="12BC8C84" w14:textId="77777777" w:rsidR="004541B7" w:rsidRPr="00DC2348" w:rsidRDefault="004541B7"/>
        </w:tc>
      </w:tr>
      <w:tr w:rsidR="004541B7" w:rsidRPr="00DC2348" w14:paraId="264187FB" w14:textId="77777777" w:rsidTr="004541B7">
        <w:trPr>
          <w:jc w:val="center"/>
        </w:trPr>
        <w:tc>
          <w:tcPr>
            <w:tcW w:w="1605" w:type="dxa"/>
            <w:vAlign w:val="center"/>
          </w:tcPr>
          <w:p w14:paraId="29941A77" w14:textId="77777777" w:rsidR="004541B7" w:rsidRPr="00DC2348" w:rsidRDefault="004541B7">
            <w:r w:rsidRPr="00DC2348">
              <w:rPr>
                <w:sz w:val="16"/>
              </w:rPr>
              <w:t>20</w:t>
            </w:r>
          </w:p>
        </w:tc>
        <w:tc>
          <w:tcPr>
            <w:tcW w:w="1667" w:type="dxa"/>
            <w:vAlign w:val="center"/>
          </w:tcPr>
          <w:p w14:paraId="31C81335" w14:textId="77777777" w:rsidR="004541B7" w:rsidRPr="00DC2348" w:rsidRDefault="004541B7">
            <w:r w:rsidRPr="00DC2348">
              <w:rPr>
                <w:sz w:val="16"/>
              </w:rPr>
              <w:t>Stopień ochrony</w:t>
            </w:r>
          </w:p>
        </w:tc>
        <w:tc>
          <w:tcPr>
            <w:tcW w:w="2190" w:type="dxa"/>
            <w:vAlign w:val="center"/>
          </w:tcPr>
          <w:p w14:paraId="6395B922" w14:textId="77777777" w:rsidR="004541B7" w:rsidRPr="00DC2348" w:rsidRDefault="004541B7">
            <w:r w:rsidRPr="00DC2348">
              <w:rPr>
                <w:sz w:val="16"/>
              </w:rPr>
              <w:t>minimum IP65</w:t>
            </w:r>
          </w:p>
        </w:tc>
        <w:tc>
          <w:tcPr>
            <w:tcW w:w="1643" w:type="dxa"/>
            <w:vAlign w:val="center"/>
          </w:tcPr>
          <w:p w14:paraId="609BFB70" w14:textId="77777777" w:rsidR="004541B7" w:rsidRPr="00DC2348" w:rsidRDefault="004541B7"/>
        </w:tc>
        <w:tc>
          <w:tcPr>
            <w:tcW w:w="1664" w:type="dxa"/>
            <w:vAlign w:val="center"/>
          </w:tcPr>
          <w:p w14:paraId="5B09E921" w14:textId="77777777" w:rsidR="004541B7" w:rsidRPr="00DC2348" w:rsidRDefault="004541B7"/>
        </w:tc>
      </w:tr>
      <w:tr w:rsidR="004541B7" w:rsidRPr="00DC2348" w14:paraId="270B940A" w14:textId="77777777" w:rsidTr="004541B7">
        <w:trPr>
          <w:jc w:val="center"/>
        </w:trPr>
        <w:tc>
          <w:tcPr>
            <w:tcW w:w="1605" w:type="dxa"/>
            <w:vAlign w:val="center"/>
          </w:tcPr>
          <w:p w14:paraId="3B0A7EBA" w14:textId="77777777" w:rsidR="004541B7" w:rsidRPr="00DC2348" w:rsidRDefault="004541B7">
            <w:r w:rsidRPr="00DC2348">
              <w:rPr>
                <w:sz w:val="16"/>
              </w:rPr>
              <w:t>21</w:t>
            </w:r>
          </w:p>
        </w:tc>
        <w:tc>
          <w:tcPr>
            <w:tcW w:w="1667" w:type="dxa"/>
            <w:vAlign w:val="center"/>
          </w:tcPr>
          <w:p w14:paraId="1CAC778B" w14:textId="77777777" w:rsidR="004541B7" w:rsidRPr="00DC2348" w:rsidRDefault="004541B7">
            <w:r w:rsidRPr="00DC2348">
              <w:rPr>
                <w:sz w:val="16"/>
              </w:rPr>
              <w:t>Zakres temperatur pracy</w:t>
            </w:r>
          </w:p>
        </w:tc>
        <w:tc>
          <w:tcPr>
            <w:tcW w:w="2190" w:type="dxa"/>
            <w:vAlign w:val="center"/>
          </w:tcPr>
          <w:p w14:paraId="1F72DE66" w14:textId="77777777" w:rsidR="004541B7" w:rsidRPr="00DC2348" w:rsidRDefault="004541B7">
            <w:r w:rsidRPr="00DC2348">
              <w:rPr>
                <w:sz w:val="16"/>
              </w:rPr>
              <w:t>co najmniej od -40°C do +60°C</w:t>
            </w:r>
          </w:p>
        </w:tc>
        <w:tc>
          <w:tcPr>
            <w:tcW w:w="1643" w:type="dxa"/>
            <w:vAlign w:val="center"/>
          </w:tcPr>
          <w:p w14:paraId="3E53DB5C" w14:textId="77777777" w:rsidR="004541B7" w:rsidRPr="00DC2348" w:rsidRDefault="004541B7"/>
        </w:tc>
        <w:tc>
          <w:tcPr>
            <w:tcW w:w="1664" w:type="dxa"/>
            <w:vAlign w:val="center"/>
          </w:tcPr>
          <w:p w14:paraId="32133CAD" w14:textId="77777777" w:rsidR="004541B7" w:rsidRPr="00DC2348" w:rsidRDefault="004541B7"/>
        </w:tc>
      </w:tr>
      <w:tr w:rsidR="004541B7" w:rsidRPr="00DC2348" w14:paraId="63C5DCB5" w14:textId="77777777" w:rsidTr="004541B7">
        <w:trPr>
          <w:jc w:val="center"/>
        </w:trPr>
        <w:tc>
          <w:tcPr>
            <w:tcW w:w="1605" w:type="dxa"/>
            <w:vAlign w:val="center"/>
          </w:tcPr>
          <w:p w14:paraId="023AF949" w14:textId="77777777" w:rsidR="004541B7" w:rsidRPr="00DC2348" w:rsidRDefault="004541B7">
            <w:r w:rsidRPr="00DC2348">
              <w:rPr>
                <w:sz w:val="16"/>
              </w:rPr>
              <w:t>22</w:t>
            </w:r>
          </w:p>
        </w:tc>
        <w:tc>
          <w:tcPr>
            <w:tcW w:w="1667" w:type="dxa"/>
            <w:vAlign w:val="center"/>
          </w:tcPr>
          <w:p w14:paraId="2B7A1B18" w14:textId="77777777" w:rsidR="004541B7" w:rsidRPr="00DC2348" w:rsidRDefault="004541B7">
            <w:r w:rsidRPr="00DC2348">
              <w:rPr>
                <w:sz w:val="16"/>
              </w:rPr>
              <w:t>Wilgotność otoczenia</w:t>
            </w:r>
          </w:p>
        </w:tc>
        <w:tc>
          <w:tcPr>
            <w:tcW w:w="2190" w:type="dxa"/>
            <w:vAlign w:val="center"/>
          </w:tcPr>
          <w:p w14:paraId="066E3CB2" w14:textId="77777777" w:rsidR="004541B7" w:rsidRPr="00DC2348" w:rsidRDefault="004541B7">
            <w:r w:rsidRPr="00DC2348">
              <w:rPr>
                <w:sz w:val="16"/>
              </w:rPr>
              <w:t>0-100%</w:t>
            </w:r>
          </w:p>
        </w:tc>
        <w:tc>
          <w:tcPr>
            <w:tcW w:w="1643" w:type="dxa"/>
            <w:vAlign w:val="center"/>
          </w:tcPr>
          <w:p w14:paraId="010F2E8F" w14:textId="77777777" w:rsidR="004541B7" w:rsidRPr="00DC2348" w:rsidRDefault="004541B7"/>
        </w:tc>
        <w:tc>
          <w:tcPr>
            <w:tcW w:w="1664" w:type="dxa"/>
            <w:vAlign w:val="center"/>
          </w:tcPr>
          <w:p w14:paraId="3E79DAA6" w14:textId="77777777" w:rsidR="004541B7" w:rsidRPr="00DC2348" w:rsidRDefault="004541B7"/>
        </w:tc>
      </w:tr>
      <w:tr w:rsidR="004541B7" w:rsidRPr="00DC2348" w14:paraId="48A1F91E" w14:textId="77777777" w:rsidTr="004541B7">
        <w:trPr>
          <w:jc w:val="center"/>
        </w:trPr>
        <w:tc>
          <w:tcPr>
            <w:tcW w:w="1605" w:type="dxa"/>
            <w:vAlign w:val="center"/>
          </w:tcPr>
          <w:p w14:paraId="38B0FF38" w14:textId="77777777" w:rsidR="004541B7" w:rsidRPr="00DC2348" w:rsidRDefault="004541B7">
            <w:r w:rsidRPr="00DC2348">
              <w:rPr>
                <w:sz w:val="16"/>
              </w:rPr>
              <w:t>23</w:t>
            </w:r>
          </w:p>
        </w:tc>
        <w:tc>
          <w:tcPr>
            <w:tcW w:w="1667" w:type="dxa"/>
            <w:vAlign w:val="center"/>
          </w:tcPr>
          <w:p w14:paraId="793BDDA8" w14:textId="77777777" w:rsidR="004541B7" w:rsidRPr="00DC2348" w:rsidRDefault="004541B7">
            <w:r w:rsidRPr="00DC2348">
              <w:rPr>
                <w:sz w:val="16"/>
              </w:rPr>
              <w:t>Chłodzenie</w:t>
            </w:r>
          </w:p>
        </w:tc>
        <w:tc>
          <w:tcPr>
            <w:tcW w:w="2190" w:type="dxa"/>
            <w:vAlign w:val="center"/>
          </w:tcPr>
          <w:p w14:paraId="08B37FD4" w14:textId="77777777" w:rsidR="004541B7" w:rsidRPr="00DC2348" w:rsidRDefault="004541B7">
            <w:r w:rsidRPr="00DC2348">
              <w:rPr>
                <w:sz w:val="16"/>
              </w:rPr>
              <w:t>inteligentne chłodzenie powietrzne lub równoważne</w:t>
            </w:r>
          </w:p>
        </w:tc>
        <w:tc>
          <w:tcPr>
            <w:tcW w:w="1643" w:type="dxa"/>
            <w:vAlign w:val="center"/>
          </w:tcPr>
          <w:p w14:paraId="2F027FDC" w14:textId="77777777" w:rsidR="004541B7" w:rsidRPr="00DC2348" w:rsidRDefault="004541B7"/>
        </w:tc>
        <w:tc>
          <w:tcPr>
            <w:tcW w:w="1664" w:type="dxa"/>
            <w:vAlign w:val="center"/>
          </w:tcPr>
          <w:p w14:paraId="0DEFEE9F" w14:textId="77777777" w:rsidR="004541B7" w:rsidRPr="00DC2348" w:rsidRDefault="004541B7"/>
        </w:tc>
      </w:tr>
      <w:tr w:rsidR="004541B7" w:rsidRPr="00DC2348" w14:paraId="0F819FA4" w14:textId="77777777" w:rsidTr="004541B7">
        <w:trPr>
          <w:jc w:val="center"/>
        </w:trPr>
        <w:tc>
          <w:tcPr>
            <w:tcW w:w="1605" w:type="dxa"/>
            <w:vAlign w:val="center"/>
          </w:tcPr>
          <w:p w14:paraId="08DEC5F3" w14:textId="77777777" w:rsidR="004541B7" w:rsidRPr="00DC2348" w:rsidRDefault="004541B7">
            <w:r w:rsidRPr="00DC2348">
              <w:rPr>
                <w:sz w:val="16"/>
              </w:rPr>
              <w:t>24</w:t>
            </w:r>
          </w:p>
        </w:tc>
        <w:tc>
          <w:tcPr>
            <w:tcW w:w="1667" w:type="dxa"/>
            <w:vAlign w:val="center"/>
          </w:tcPr>
          <w:p w14:paraId="655CAAC8" w14:textId="77777777" w:rsidR="004541B7" w:rsidRPr="00DC2348" w:rsidRDefault="004541B7">
            <w:r w:rsidRPr="00DC2348">
              <w:rPr>
                <w:sz w:val="16"/>
              </w:rPr>
              <w:t>Poziom hałasu</w:t>
            </w:r>
          </w:p>
        </w:tc>
        <w:tc>
          <w:tcPr>
            <w:tcW w:w="2190" w:type="dxa"/>
            <w:vAlign w:val="center"/>
          </w:tcPr>
          <w:p w14:paraId="2F109AA4" w14:textId="77777777" w:rsidR="004541B7" w:rsidRPr="00DC2348" w:rsidRDefault="004541B7">
            <w:r w:rsidRPr="00DC2348">
              <w:rPr>
                <w:sz w:val="16"/>
              </w:rPr>
              <w:t>nie większy niż 65 dB</w:t>
            </w:r>
          </w:p>
        </w:tc>
        <w:tc>
          <w:tcPr>
            <w:tcW w:w="1643" w:type="dxa"/>
            <w:vAlign w:val="center"/>
          </w:tcPr>
          <w:p w14:paraId="1FC9D2A0" w14:textId="77777777" w:rsidR="004541B7" w:rsidRPr="00DC2348" w:rsidRDefault="004541B7"/>
        </w:tc>
        <w:tc>
          <w:tcPr>
            <w:tcW w:w="1664" w:type="dxa"/>
            <w:vAlign w:val="center"/>
          </w:tcPr>
          <w:p w14:paraId="1CA20AB6" w14:textId="77777777" w:rsidR="004541B7" w:rsidRPr="00DC2348" w:rsidRDefault="004541B7"/>
        </w:tc>
      </w:tr>
      <w:tr w:rsidR="004541B7" w:rsidRPr="00DC2348" w14:paraId="7B11FE05" w14:textId="77777777" w:rsidTr="004541B7">
        <w:trPr>
          <w:jc w:val="center"/>
        </w:trPr>
        <w:tc>
          <w:tcPr>
            <w:tcW w:w="1605" w:type="dxa"/>
            <w:vAlign w:val="center"/>
          </w:tcPr>
          <w:p w14:paraId="7AD620E7" w14:textId="77777777" w:rsidR="004541B7" w:rsidRPr="00DC2348" w:rsidRDefault="004541B7">
            <w:r w:rsidRPr="00DC2348">
              <w:rPr>
                <w:sz w:val="16"/>
              </w:rPr>
              <w:t>25</w:t>
            </w:r>
          </w:p>
        </w:tc>
        <w:tc>
          <w:tcPr>
            <w:tcW w:w="1667" w:type="dxa"/>
            <w:vAlign w:val="center"/>
          </w:tcPr>
          <w:p w14:paraId="03B94551" w14:textId="77777777" w:rsidR="004541B7" w:rsidRPr="00DC2348" w:rsidRDefault="004541B7">
            <w:r w:rsidRPr="00DC2348">
              <w:rPr>
                <w:sz w:val="16"/>
              </w:rPr>
              <w:t>Komunikacja z magazynem</w:t>
            </w:r>
          </w:p>
        </w:tc>
        <w:tc>
          <w:tcPr>
            <w:tcW w:w="2190" w:type="dxa"/>
            <w:vAlign w:val="center"/>
          </w:tcPr>
          <w:p w14:paraId="75A4F097" w14:textId="77777777" w:rsidR="004541B7" w:rsidRPr="00DC2348" w:rsidRDefault="004541B7">
            <w:r w:rsidRPr="00DC2348">
              <w:rPr>
                <w:sz w:val="16"/>
              </w:rPr>
              <w:t>CAN oraz RS485/RS232, zgodnie z dokumentacją producenta</w:t>
            </w:r>
          </w:p>
        </w:tc>
        <w:tc>
          <w:tcPr>
            <w:tcW w:w="1643" w:type="dxa"/>
            <w:vAlign w:val="center"/>
          </w:tcPr>
          <w:p w14:paraId="73C527B5" w14:textId="77777777" w:rsidR="004541B7" w:rsidRPr="00DC2348" w:rsidRDefault="004541B7"/>
        </w:tc>
        <w:tc>
          <w:tcPr>
            <w:tcW w:w="1664" w:type="dxa"/>
            <w:vAlign w:val="center"/>
          </w:tcPr>
          <w:p w14:paraId="6D91525F" w14:textId="77777777" w:rsidR="004541B7" w:rsidRPr="00DC2348" w:rsidRDefault="004541B7"/>
        </w:tc>
      </w:tr>
      <w:tr w:rsidR="004541B7" w:rsidRPr="00DC2348" w14:paraId="73FEB2C4" w14:textId="77777777" w:rsidTr="004541B7">
        <w:trPr>
          <w:jc w:val="center"/>
        </w:trPr>
        <w:tc>
          <w:tcPr>
            <w:tcW w:w="1605" w:type="dxa"/>
            <w:vAlign w:val="center"/>
          </w:tcPr>
          <w:p w14:paraId="7C4AFB3A" w14:textId="77777777" w:rsidR="004541B7" w:rsidRPr="00DC2348" w:rsidRDefault="004541B7">
            <w:r w:rsidRPr="00DC2348">
              <w:rPr>
                <w:sz w:val="16"/>
              </w:rPr>
              <w:t>26</w:t>
            </w:r>
          </w:p>
        </w:tc>
        <w:tc>
          <w:tcPr>
            <w:tcW w:w="1667" w:type="dxa"/>
            <w:vAlign w:val="center"/>
          </w:tcPr>
          <w:p w14:paraId="6394D22F" w14:textId="77777777" w:rsidR="004541B7" w:rsidRPr="00DC2348" w:rsidRDefault="004541B7">
            <w:r w:rsidRPr="00DC2348">
              <w:rPr>
                <w:sz w:val="16"/>
              </w:rPr>
              <w:t>Monitoring</w:t>
            </w:r>
          </w:p>
        </w:tc>
        <w:tc>
          <w:tcPr>
            <w:tcW w:w="2190" w:type="dxa"/>
            <w:vAlign w:val="center"/>
          </w:tcPr>
          <w:p w14:paraId="5F50477D" w14:textId="77777777" w:rsidR="004541B7" w:rsidRPr="00DC2348" w:rsidRDefault="004541B7">
            <w:r w:rsidRPr="00DC2348">
              <w:rPr>
                <w:sz w:val="16"/>
              </w:rPr>
              <w:t>GPRS/WiFi/Bluetooth/4G/LAN lub rozwiązanie równoważne producenta</w:t>
            </w:r>
          </w:p>
        </w:tc>
        <w:tc>
          <w:tcPr>
            <w:tcW w:w="1643" w:type="dxa"/>
            <w:vAlign w:val="center"/>
          </w:tcPr>
          <w:p w14:paraId="3B39D0BD" w14:textId="77777777" w:rsidR="004541B7" w:rsidRPr="00DC2348" w:rsidRDefault="004541B7"/>
        </w:tc>
        <w:tc>
          <w:tcPr>
            <w:tcW w:w="1664" w:type="dxa"/>
            <w:vAlign w:val="center"/>
          </w:tcPr>
          <w:p w14:paraId="3409B8AE" w14:textId="77777777" w:rsidR="004541B7" w:rsidRPr="00DC2348" w:rsidRDefault="004541B7"/>
        </w:tc>
      </w:tr>
      <w:tr w:rsidR="004541B7" w:rsidRPr="00DC2348" w14:paraId="1E010F0D" w14:textId="77777777" w:rsidTr="004541B7">
        <w:trPr>
          <w:jc w:val="center"/>
        </w:trPr>
        <w:tc>
          <w:tcPr>
            <w:tcW w:w="1605" w:type="dxa"/>
            <w:vAlign w:val="center"/>
          </w:tcPr>
          <w:p w14:paraId="0D1CF4F4" w14:textId="77777777" w:rsidR="004541B7" w:rsidRPr="00DC2348" w:rsidRDefault="004541B7">
            <w:r w:rsidRPr="00DC2348">
              <w:rPr>
                <w:sz w:val="16"/>
              </w:rPr>
              <w:t>27</w:t>
            </w:r>
          </w:p>
        </w:tc>
        <w:tc>
          <w:tcPr>
            <w:tcW w:w="1667" w:type="dxa"/>
            <w:vAlign w:val="center"/>
          </w:tcPr>
          <w:p w14:paraId="2AEDEFE9" w14:textId="77777777" w:rsidR="004541B7" w:rsidRPr="00DC2348" w:rsidRDefault="004541B7">
            <w:r w:rsidRPr="00DC2348">
              <w:rPr>
                <w:sz w:val="16"/>
              </w:rPr>
              <w:t>Zabezpieczenia przepięciowe</w:t>
            </w:r>
          </w:p>
        </w:tc>
        <w:tc>
          <w:tcPr>
            <w:tcW w:w="2190" w:type="dxa"/>
            <w:vAlign w:val="center"/>
          </w:tcPr>
          <w:p w14:paraId="05198B20" w14:textId="77777777" w:rsidR="004541B7" w:rsidRPr="00DC2348" w:rsidRDefault="004541B7">
            <w:r w:rsidRPr="00DC2348">
              <w:rPr>
                <w:sz w:val="16"/>
              </w:rPr>
              <w:t>typ II DC oraz typ II AC lub równoważne, zgodnie z kartą producenta</w:t>
            </w:r>
          </w:p>
        </w:tc>
        <w:tc>
          <w:tcPr>
            <w:tcW w:w="1643" w:type="dxa"/>
            <w:vAlign w:val="center"/>
          </w:tcPr>
          <w:p w14:paraId="19E4C947" w14:textId="77777777" w:rsidR="004541B7" w:rsidRPr="00DC2348" w:rsidRDefault="004541B7"/>
        </w:tc>
        <w:tc>
          <w:tcPr>
            <w:tcW w:w="1664" w:type="dxa"/>
            <w:vAlign w:val="center"/>
          </w:tcPr>
          <w:p w14:paraId="790A5F90" w14:textId="77777777" w:rsidR="004541B7" w:rsidRPr="00DC2348" w:rsidRDefault="004541B7"/>
        </w:tc>
      </w:tr>
      <w:tr w:rsidR="004541B7" w:rsidRPr="00DC2348" w14:paraId="6087033B" w14:textId="77777777" w:rsidTr="004541B7">
        <w:trPr>
          <w:jc w:val="center"/>
        </w:trPr>
        <w:tc>
          <w:tcPr>
            <w:tcW w:w="1605" w:type="dxa"/>
            <w:vAlign w:val="center"/>
          </w:tcPr>
          <w:p w14:paraId="29AB2364" w14:textId="77777777" w:rsidR="004541B7" w:rsidRPr="00DC2348" w:rsidRDefault="004541B7">
            <w:r w:rsidRPr="00DC2348">
              <w:rPr>
                <w:sz w:val="16"/>
              </w:rPr>
              <w:t>28</w:t>
            </w:r>
          </w:p>
        </w:tc>
        <w:tc>
          <w:tcPr>
            <w:tcW w:w="1667" w:type="dxa"/>
            <w:vAlign w:val="center"/>
          </w:tcPr>
          <w:p w14:paraId="2579799D" w14:textId="77777777" w:rsidR="004541B7" w:rsidRPr="00DC2348" w:rsidRDefault="004541B7">
            <w:r w:rsidRPr="00DC2348">
              <w:rPr>
                <w:sz w:val="16"/>
              </w:rPr>
              <w:t>Zabezpieczenia zintegrowane</w:t>
            </w:r>
          </w:p>
        </w:tc>
        <w:tc>
          <w:tcPr>
            <w:tcW w:w="2190" w:type="dxa"/>
            <w:vAlign w:val="center"/>
          </w:tcPr>
          <w:p w14:paraId="403B3E0C" w14:textId="77777777" w:rsidR="004541B7" w:rsidRPr="00DC2348" w:rsidRDefault="004541B7">
            <w:r w:rsidRPr="00DC2348">
              <w:rPr>
                <w:sz w:val="16"/>
              </w:rPr>
              <w:t>ochrona polaryzacji DC, ochrona AC, termiczna, zwarciowa, monitorowanie sieci, ochrona wyspowa, RCD/RCMU lub równoważne</w:t>
            </w:r>
          </w:p>
        </w:tc>
        <w:tc>
          <w:tcPr>
            <w:tcW w:w="1643" w:type="dxa"/>
            <w:vAlign w:val="center"/>
          </w:tcPr>
          <w:p w14:paraId="0979D086" w14:textId="77777777" w:rsidR="004541B7" w:rsidRPr="00DC2348" w:rsidRDefault="004541B7"/>
        </w:tc>
        <w:tc>
          <w:tcPr>
            <w:tcW w:w="1664" w:type="dxa"/>
            <w:vAlign w:val="center"/>
          </w:tcPr>
          <w:p w14:paraId="2141487F" w14:textId="77777777" w:rsidR="004541B7" w:rsidRPr="00DC2348" w:rsidRDefault="004541B7"/>
        </w:tc>
      </w:tr>
      <w:tr w:rsidR="004541B7" w:rsidRPr="00DC2348" w14:paraId="164E95FC" w14:textId="77777777" w:rsidTr="004541B7">
        <w:trPr>
          <w:jc w:val="center"/>
        </w:trPr>
        <w:tc>
          <w:tcPr>
            <w:tcW w:w="1605" w:type="dxa"/>
            <w:vAlign w:val="center"/>
          </w:tcPr>
          <w:p w14:paraId="3693D922" w14:textId="77777777" w:rsidR="004541B7" w:rsidRPr="00DC2348" w:rsidRDefault="004541B7">
            <w:r w:rsidRPr="00DC2348">
              <w:rPr>
                <w:sz w:val="16"/>
              </w:rPr>
              <w:t>29</w:t>
            </w:r>
          </w:p>
        </w:tc>
        <w:tc>
          <w:tcPr>
            <w:tcW w:w="1667" w:type="dxa"/>
            <w:vAlign w:val="center"/>
          </w:tcPr>
          <w:p w14:paraId="60FDBA00" w14:textId="77777777" w:rsidR="004541B7" w:rsidRPr="00DC2348" w:rsidRDefault="004541B7">
            <w:r w:rsidRPr="00DC2348">
              <w:rPr>
                <w:sz w:val="16"/>
              </w:rPr>
              <w:t>Przełącznik wejściowy DC</w:t>
            </w:r>
          </w:p>
        </w:tc>
        <w:tc>
          <w:tcPr>
            <w:tcW w:w="2190" w:type="dxa"/>
            <w:vAlign w:val="center"/>
          </w:tcPr>
          <w:p w14:paraId="00D58B3D" w14:textId="77777777" w:rsidR="004541B7" w:rsidRPr="00DC2348" w:rsidRDefault="004541B7">
            <w:r w:rsidRPr="00DC2348">
              <w:rPr>
                <w:sz w:val="16"/>
              </w:rPr>
              <w:t>wymagany, jeżeli wynika z dokumentacji producenta</w:t>
            </w:r>
          </w:p>
        </w:tc>
        <w:tc>
          <w:tcPr>
            <w:tcW w:w="1643" w:type="dxa"/>
            <w:vAlign w:val="center"/>
          </w:tcPr>
          <w:p w14:paraId="33AC43DF" w14:textId="77777777" w:rsidR="004541B7" w:rsidRPr="00DC2348" w:rsidRDefault="004541B7"/>
        </w:tc>
        <w:tc>
          <w:tcPr>
            <w:tcW w:w="1664" w:type="dxa"/>
            <w:vAlign w:val="center"/>
          </w:tcPr>
          <w:p w14:paraId="72B49F42" w14:textId="77777777" w:rsidR="004541B7" w:rsidRPr="00DC2348" w:rsidRDefault="004541B7"/>
        </w:tc>
      </w:tr>
      <w:tr w:rsidR="004541B7" w:rsidRPr="00DC2348" w14:paraId="1BF7F068" w14:textId="77777777" w:rsidTr="004541B7">
        <w:trPr>
          <w:jc w:val="center"/>
        </w:trPr>
        <w:tc>
          <w:tcPr>
            <w:tcW w:w="1605" w:type="dxa"/>
            <w:vAlign w:val="center"/>
          </w:tcPr>
          <w:p w14:paraId="5FDCAF19" w14:textId="77777777" w:rsidR="004541B7" w:rsidRPr="00DC2348" w:rsidRDefault="004541B7">
            <w:r w:rsidRPr="00DC2348">
              <w:rPr>
                <w:sz w:val="16"/>
              </w:rPr>
              <w:t>30</w:t>
            </w:r>
          </w:p>
        </w:tc>
        <w:tc>
          <w:tcPr>
            <w:tcW w:w="1667" w:type="dxa"/>
            <w:vAlign w:val="center"/>
          </w:tcPr>
          <w:p w14:paraId="30364805" w14:textId="77777777" w:rsidR="004541B7" w:rsidRPr="00DC2348" w:rsidRDefault="004541B7">
            <w:r w:rsidRPr="00DC2348">
              <w:rPr>
                <w:sz w:val="16"/>
              </w:rPr>
              <w:t>Możliwość pracy równoległej</w:t>
            </w:r>
          </w:p>
        </w:tc>
        <w:tc>
          <w:tcPr>
            <w:tcW w:w="2190" w:type="dxa"/>
            <w:vAlign w:val="center"/>
          </w:tcPr>
          <w:p w14:paraId="2D75BDE9" w14:textId="77777777" w:rsidR="004541B7" w:rsidRPr="00DC2348" w:rsidRDefault="004541B7">
            <w:r w:rsidRPr="00DC2348">
              <w:rPr>
                <w:sz w:val="16"/>
              </w:rPr>
              <w:t>wymagana lub równoważna funkcjonalność, jeżeli przewidziana przez producenta</w:t>
            </w:r>
          </w:p>
        </w:tc>
        <w:tc>
          <w:tcPr>
            <w:tcW w:w="1643" w:type="dxa"/>
            <w:vAlign w:val="center"/>
          </w:tcPr>
          <w:p w14:paraId="31D9F340" w14:textId="77777777" w:rsidR="004541B7" w:rsidRPr="00DC2348" w:rsidRDefault="004541B7"/>
        </w:tc>
        <w:tc>
          <w:tcPr>
            <w:tcW w:w="1664" w:type="dxa"/>
            <w:vAlign w:val="center"/>
          </w:tcPr>
          <w:p w14:paraId="115599BF" w14:textId="77777777" w:rsidR="004541B7" w:rsidRPr="00DC2348" w:rsidRDefault="004541B7"/>
        </w:tc>
      </w:tr>
      <w:tr w:rsidR="004541B7" w:rsidRPr="00DC2348" w14:paraId="5494D0A9" w14:textId="77777777" w:rsidTr="004541B7">
        <w:trPr>
          <w:jc w:val="center"/>
        </w:trPr>
        <w:tc>
          <w:tcPr>
            <w:tcW w:w="1605" w:type="dxa"/>
            <w:vAlign w:val="center"/>
          </w:tcPr>
          <w:p w14:paraId="11CE8C38" w14:textId="77777777" w:rsidR="004541B7" w:rsidRPr="00DC2348" w:rsidRDefault="004541B7">
            <w:r w:rsidRPr="00DC2348">
              <w:rPr>
                <w:sz w:val="16"/>
              </w:rPr>
              <w:t>31</w:t>
            </w:r>
          </w:p>
        </w:tc>
        <w:tc>
          <w:tcPr>
            <w:tcW w:w="1667" w:type="dxa"/>
            <w:vAlign w:val="center"/>
          </w:tcPr>
          <w:p w14:paraId="3BE5E9EE" w14:textId="77777777" w:rsidR="004541B7" w:rsidRPr="00DC2348" w:rsidRDefault="004541B7">
            <w:r w:rsidRPr="00DC2348">
              <w:rPr>
                <w:sz w:val="16"/>
              </w:rPr>
              <w:t>Praca poza siecią / backup</w:t>
            </w:r>
          </w:p>
        </w:tc>
        <w:tc>
          <w:tcPr>
            <w:tcW w:w="2190" w:type="dxa"/>
            <w:vAlign w:val="center"/>
          </w:tcPr>
          <w:p w14:paraId="7E4C2207" w14:textId="77777777" w:rsidR="004541B7" w:rsidRPr="00DC2348" w:rsidRDefault="004541B7">
            <w:r w:rsidRPr="00DC2348">
              <w:rPr>
                <w:sz w:val="16"/>
              </w:rPr>
              <w:t>wymagana funkcjonalność pracy wyspowej, jeżeli przewidziana przez dokumentację producenta i projekt</w:t>
            </w:r>
          </w:p>
        </w:tc>
        <w:tc>
          <w:tcPr>
            <w:tcW w:w="1643" w:type="dxa"/>
            <w:vAlign w:val="center"/>
          </w:tcPr>
          <w:p w14:paraId="42E3B403" w14:textId="77777777" w:rsidR="004541B7" w:rsidRPr="00DC2348" w:rsidRDefault="004541B7"/>
        </w:tc>
        <w:tc>
          <w:tcPr>
            <w:tcW w:w="1664" w:type="dxa"/>
            <w:vAlign w:val="center"/>
          </w:tcPr>
          <w:p w14:paraId="347DAE4F" w14:textId="77777777" w:rsidR="004541B7" w:rsidRPr="00DC2348" w:rsidRDefault="004541B7"/>
        </w:tc>
      </w:tr>
      <w:tr w:rsidR="004541B7" w:rsidRPr="00DC2348" w14:paraId="050B468E" w14:textId="77777777" w:rsidTr="004541B7">
        <w:trPr>
          <w:jc w:val="center"/>
        </w:trPr>
        <w:tc>
          <w:tcPr>
            <w:tcW w:w="1605" w:type="dxa"/>
            <w:vAlign w:val="center"/>
          </w:tcPr>
          <w:p w14:paraId="6C15B391" w14:textId="77777777" w:rsidR="004541B7" w:rsidRPr="00DC2348" w:rsidRDefault="004541B7">
            <w:r w:rsidRPr="00DC2348">
              <w:rPr>
                <w:sz w:val="16"/>
              </w:rPr>
              <w:t>32</w:t>
            </w:r>
          </w:p>
        </w:tc>
        <w:tc>
          <w:tcPr>
            <w:tcW w:w="1667" w:type="dxa"/>
            <w:vAlign w:val="center"/>
          </w:tcPr>
          <w:p w14:paraId="1796A928" w14:textId="77777777" w:rsidR="004541B7" w:rsidRPr="00DC2348" w:rsidRDefault="004541B7">
            <w:r w:rsidRPr="00DC2348">
              <w:rPr>
                <w:sz w:val="16"/>
              </w:rPr>
              <w:t>Normy bezpieczeństwa</w:t>
            </w:r>
          </w:p>
        </w:tc>
        <w:tc>
          <w:tcPr>
            <w:tcW w:w="2190" w:type="dxa"/>
            <w:vAlign w:val="center"/>
          </w:tcPr>
          <w:p w14:paraId="09E4112B" w14:textId="77777777" w:rsidR="004541B7" w:rsidRPr="00DC2348" w:rsidRDefault="004541B7">
            <w:r w:rsidRPr="00DC2348">
              <w:rPr>
                <w:sz w:val="16"/>
              </w:rPr>
              <w:t>IEC/EN 62109-1 oraz IEC/EN 62109-2 lub równoważne</w:t>
            </w:r>
          </w:p>
        </w:tc>
        <w:tc>
          <w:tcPr>
            <w:tcW w:w="1643" w:type="dxa"/>
            <w:vAlign w:val="center"/>
          </w:tcPr>
          <w:p w14:paraId="19F0D3FA" w14:textId="77777777" w:rsidR="004541B7" w:rsidRPr="00DC2348" w:rsidRDefault="004541B7"/>
        </w:tc>
        <w:tc>
          <w:tcPr>
            <w:tcW w:w="1664" w:type="dxa"/>
            <w:vAlign w:val="center"/>
          </w:tcPr>
          <w:p w14:paraId="4700CED3" w14:textId="77777777" w:rsidR="004541B7" w:rsidRPr="00DC2348" w:rsidRDefault="004541B7"/>
        </w:tc>
      </w:tr>
      <w:tr w:rsidR="004541B7" w:rsidRPr="00DC2348" w14:paraId="35633B9F" w14:textId="77777777" w:rsidTr="004541B7">
        <w:trPr>
          <w:jc w:val="center"/>
        </w:trPr>
        <w:tc>
          <w:tcPr>
            <w:tcW w:w="1605" w:type="dxa"/>
            <w:vAlign w:val="center"/>
          </w:tcPr>
          <w:p w14:paraId="1C9E5728" w14:textId="77777777" w:rsidR="004541B7" w:rsidRPr="00DC2348" w:rsidRDefault="004541B7">
            <w:r w:rsidRPr="00DC2348">
              <w:rPr>
                <w:sz w:val="16"/>
              </w:rPr>
              <w:t>33</w:t>
            </w:r>
          </w:p>
        </w:tc>
        <w:tc>
          <w:tcPr>
            <w:tcW w:w="1667" w:type="dxa"/>
            <w:vAlign w:val="center"/>
          </w:tcPr>
          <w:p w14:paraId="01825B66" w14:textId="77777777" w:rsidR="004541B7" w:rsidRPr="00DC2348" w:rsidRDefault="004541B7">
            <w:r w:rsidRPr="00DC2348">
              <w:rPr>
                <w:sz w:val="16"/>
              </w:rPr>
              <w:t>Normy EMC</w:t>
            </w:r>
          </w:p>
        </w:tc>
        <w:tc>
          <w:tcPr>
            <w:tcW w:w="2190" w:type="dxa"/>
            <w:vAlign w:val="center"/>
          </w:tcPr>
          <w:p w14:paraId="00F8FE92" w14:textId="77777777" w:rsidR="004541B7" w:rsidRPr="00DC2348" w:rsidRDefault="004541B7">
            <w:r w:rsidRPr="00DC2348">
              <w:rPr>
                <w:sz w:val="16"/>
              </w:rPr>
              <w:t>IEC/EN 61000-6-1/2/3/4 lub równoważne</w:t>
            </w:r>
          </w:p>
        </w:tc>
        <w:tc>
          <w:tcPr>
            <w:tcW w:w="1643" w:type="dxa"/>
            <w:vAlign w:val="center"/>
          </w:tcPr>
          <w:p w14:paraId="33C47F12" w14:textId="77777777" w:rsidR="004541B7" w:rsidRPr="00DC2348" w:rsidRDefault="004541B7"/>
        </w:tc>
        <w:tc>
          <w:tcPr>
            <w:tcW w:w="1664" w:type="dxa"/>
            <w:vAlign w:val="center"/>
          </w:tcPr>
          <w:p w14:paraId="144BA770" w14:textId="77777777" w:rsidR="004541B7" w:rsidRPr="00DC2348" w:rsidRDefault="004541B7"/>
        </w:tc>
      </w:tr>
      <w:tr w:rsidR="004541B7" w:rsidRPr="00DC2348" w14:paraId="2EDFC1DC" w14:textId="77777777" w:rsidTr="004541B7">
        <w:trPr>
          <w:jc w:val="center"/>
        </w:trPr>
        <w:tc>
          <w:tcPr>
            <w:tcW w:w="1605" w:type="dxa"/>
            <w:vAlign w:val="center"/>
          </w:tcPr>
          <w:p w14:paraId="3AF304A0" w14:textId="77777777" w:rsidR="004541B7" w:rsidRPr="00DC2348" w:rsidRDefault="004541B7">
            <w:r w:rsidRPr="00DC2348">
              <w:rPr>
                <w:sz w:val="16"/>
              </w:rPr>
              <w:t>34</w:t>
            </w:r>
          </w:p>
        </w:tc>
        <w:tc>
          <w:tcPr>
            <w:tcW w:w="1667" w:type="dxa"/>
            <w:vAlign w:val="center"/>
          </w:tcPr>
          <w:p w14:paraId="18053B01" w14:textId="77777777" w:rsidR="004541B7" w:rsidRPr="00DC2348" w:rsidRDefault="004541B7">
            <w:r w:rsidRPr="00DC2348">
              <w:rPr>
                <w:sz w:val="16"/>
              </w:rPr>
              <w:t>Normy przyłączeniowe</w:t>
            </w:r>
          </w:p>
        </w:tc>
        <w:tc>
          <w:tcPr>
            <w:tcW w:w="2190" w:type="dxa"/>
            <w:vAlign w:val="center"/>
          </w:tcPr>
          <w:p w14:paraId="1BB556C7" w14:textId="77777777" w:rsidR="004541B7" w:rsidRPr="00DC2348" w:rsidRDefault="004541B7">
            <w:r w:rsidRPr="00DC2348">
              <w:rPr>
                <w:sz w:val="16"/>
              </w:rPr>
              <w:t xml:space="preserve">zgodność z wymaganiami właściwego OSD i normami </w:t>
            </w:r>
            <w:r w:rsidRPr="00DC2348">
              <w:rPr>
                <w:sz w:val="16"/>
              </w:rPr>
              <w:lastRenderedPageBreak/>
              <w:t>wskazanymi przez producenta</w:t>
            </w:r>
          </w:p>
        </w:tc>
        <w:tc>
          <w:tcPr>
            <w:tcW w:w="1643" w:type="dxa"/>
            <w:vAlign w:val="center"/>
          </w:tcPr>
          <w:p w14:paraId="18836859" w14:textId="77777777" w:rsidR="004541B7" w:rsidRPr="00DC2348" w:rsidRDefault="004541B7"/>
        </w:tc>
        <w:tc>
          <w:tcPr>
            <w:tcW w:w="1664" w:type="dxa"/>
            <w:vAlign w:val="center"/>
          </w:tcPr>
          <w:p w14:paraId="0446E585" w14:textId="77777777" w:rsidR="004541B7" w:rsidRPr="00DC2348" w:rsidRDefault="004541B7"/>
        </w:tc>
      </w:tr>
      <w:tr w:rsidR="004541B7" w:rsidRPr="00DC2348" w14:paraId="5748DE54" w14:textId="77777777" w:rsidTr="004541B7">
        <w:trPr>
          <w:jc w:val="center"/>
        </w:trPr>
        <w:tc>
          <w:tcPr>
            <w:tcW w:w="1605" w:type="dxa"/>
            <w:vAlign w:val="center"/>
          </w:tcPr>
          <w:p w14:paraId="591CE4A5" w14:textId="77777777" w:rsidR="004541B7" w:rsidRPr="00DC2348" w:rsidRDefault="004541B7">
            <w:r w:rsidRPr="00DC2348">
              <w:rPr>
                <w:sz w:val="16"/>
              </w:rPr>
              <w:t>35</w:t>
            </w:r>
          </w:p>
        </w:tc>
        <w:tc>
          <w:tcPr>
            <w:tcW w:w="1667" w:type="dxa"/>
            <w:vAlign w:val="center"/>
          </w:tcPr>
          <w:p w14:paraId="447C71F9" w14:textId="77777777" w:rsidR="004541B7" w:rsidRPr="00DC2348" w:rsidRDefault="004541B7">
            <w:r w:rsidRPr="00DC2348">
              <w:rPr>
                <w:sz w:val="16"/>
              </w:rPr>
              <w:t>Gwarancja</w:t>
            </w:r>
          </w:p>
        </w:tc>
        <w:tc>
          <w:tcPr>
            <w:tcW w:w="2190" w:type="dxa"/>
            <w:vAlign w:val="center"/>
          </w:tcPr>
          <w:p w14:paraId="752D23BD" w14:textId="77777777" w:rsidR="004541B7" w:rsidRPr="00DC2348" w:rsidRDefault="004541B7">
            <w:r w:rsidRPr="00DC2348">
              <w:rPr>
                <w:sz w:val="16"/>
              </w:rPr>
              <w:t>minimum 5 lat; dopuszczalne wydłużenie zgodnie z ofertą i warunkami producenta</w:t>
            </w:r>
          </w:p>
        </w:tc>
        <w:tc>
          <w:tcPr>
            <w:tcW w:w="1643" w:type="dxa"/>
            <w:vAlign w:val="center"/>
          </w:tcPr>
          <w:p w14:paraId="08121E29" w14:textId="77777777" w:rsidR="004541B7" w:rsidRPr="00DC2348" w:rsidRDefault="004541B7"/>
        </w:tc>
        <w:tc>
          <w:tcPr>
            <w:tcW w:w="1664" w:type="dxa"/>
            <w:vAlign w:val="center"/>
          </w:tcPr>
          <w:p w14:paraId="3A1BCB09" w14:textId="77777777" w:rsidR="004541B7" w:rsidRPr="00DC2348" w:rsidRDefault="004541B7"/>
        </w:tc>
      </w:tr>
    </w:tbl>
    <w:p w14:paraId="21860FFD" w14:textId="77777777" w:rsidR="00920903" w:rsidRPr="00DC2348" w:rsidRDefault="00000000">
      <w:pPr>
        <w:pStyle w:val="Nagwek1"/>
        <w:rPr>
          <w:color w:val="auto"/>
        </w:rPr>
      </w:pPr>
      <w:r w:rsidRPr="00DC2348">
        <w:rPr>
          <w:color w:val="auto"/>
        </w:rPr>
        <w:t>4. Magazyn energii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1828"/>
        <w:gridCol w:w="1700"/>
        <w:gridCol w:w="1700"/>
        <w:gridCol w:w="1700"/>
      </w:tblGrid>
      <w:tr w:rsidR="003A73F2" w:rsidRPr="00DC2348" w14:paraId="526DFD9C" w14:textId="77777777" w:rsidTr="003A73F2">
        <w:trPr>
          <w:jc w:val="center"/>
        </w:trPr>
        <w:tc>
          <w:tcPr>
            <w:tcW w:w="1700" w:type="dxa"/>
            <w:shd w:val="clear" w:color="auto" w:fill="D9EAF7"/>
            <w:vAlign w:val="center"/>
          </w:tcPr>
          <w:p w14:paraId="2F201DB9" w14:textId="77777777" w:rsidR="003A73F2" w:rsidRPr="00DC2348" w:rsidRDefault="003A73F2">
            <w:proofErr w:type="spellStart"/>
            <w:r w:rsidRPr="00DC2348">
              <w:rPr>
                <w:sz w:val="16"/>
              </w:rPr>
              <w:t>Lp</w:t>
            </w:r>
            <w:proofErr w:type="spellEnd"/>
            <w:r w:rsidRPr="00DC2348">
              <w:rPr>
                <w:sz w:val="16"/>
              </w:rPr>
              <w:t>.</w:t>
            </w:r>
          </w:p>
        </w:tc>
        <w:tc>
          <w:tcPr>
            <w:tcW w:w="1828" w:type="dxa"/>
            <w:shd w:val="clear" w:color="auto" w:fill="D9EAF7"/>
            <w:vAlign w:val="center"/>
          </w:tcPr>
          <w:p w14:paraId="7E21209D" w14:textId="77777777" w:rsidR="003A73F2" w:rsidRPr="00DC2348" w:rsidRDefault="003A73F2">
            <w:r w:rsidRPr="00DC2348">
              <w:rPr>
                <w:sz w:val="16"/>
              </w:rPr>
              <w:t>Parametr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57ED2224" w14:textId="77777777" w:rsidR="003A73F2" w:rsidRPr="00DC2348" w:rsidRDefault="003A73F2">
            <w:r w:rsidRPr="00DC2348">
              <w:rPr>
                <w:sz w:val="16"/>
              </w:rPr>
              <w:t>Wymaganie minimalne Zamawiającego</w:t>
            </w:r>
          </w:p>
        </w:tc>
        <w:tc>
          <w:tcPr>
            <w:tcW w:w="1700" w:type="dxa"/>
            <w:shd w:val="clear" w:color="auto" w:fill="D9EAF7"/>
            <w:vAlign w:val="center"/>
          </w:tcPr>
          <w:p w14:paraId="21D22413" w14:textId="77777777" w:rsidR="003A73F2" w:rsidRPr="00DC2348" w:rsidRDefault="003A73F2">
            <w:proofErr w:type="spellStart"/>
            <w:r w:rsidRPr="00DC2348">
              <w:rPr>
                <w:sz w:val="16"/>
              </w:rPr>
              <w:t>Parametr</w:t>
            </w:r>
            <w:proofErr w:type="spellEnd"/>
            <w:r w:rsidRPr="00DC2348">
              <w:rPr>
                <w:sz w:val="16"/>
              </w:rPr>
              <w:t xml:space="preserve"> </w:t>
            </w:r>
            <w:proofErr w:type="spellStart"/>
            <w:r w:rsidRPr="00DC2348">
              <w:rPr>
                <w:sz w:val="16"/>
              </w:rPr>
              <w:t>oferowany</w:t>
            </w:r>
            <w:proofErr w:type="spellEnd"/>
          </w:p>
        </w:tc>
        <w:tc>
          <w:tcPr>
            <w:tcW w:w="1700" w:type="dxa"/>
            <w:shd w:val="clear" w:color="auto" w:fill="D9EAF7"/>
            <w:vAlign w:val="center"/>
          </w:tcPr>
          <w:p w14:paraId="15BEC3E6" w14:textId="77777777" w:rsidR="003A73F2" w:rsidRPr="00DC2348" w:rsidRDefault="003A73F2">
            <w:r w:rsidRPr="00DC2348">
              <w:rPr>
                <w:sz w:val="16"/>
              </w:rPr>
              <w:t>Dokument potwierdzający</w:t>
            </w:r>
          </w:p>
        </w:tc>
      </w:tr>
      <w:tr w:rsidR="003A73F2" w:rsidRPr="00DC2348" w14:paraId="0EF9F59A" w14:textId="77777777" w:rsidTr="003A73F2">
        <w:trPr>
          <w:jc w:val="center"/>
        </w:trPr>
        <w:tc>
          <w:tcPr>
            <w:tcW w:w="1700" w:type="dxa"/>
            <w:vAlign w:val="center"/>
          </w:tcPr>
          <w:p w14:paraId="60A72635" w14:textId="77777777" w:rsidR="003A73F2" w:rsidRPr="00DC2348" w:rsidRDefault="003A73F2">
            <w:r w:rsidRPr="00DC2348">
              <w:rPr>
                <w:sz w:val="16"/>
              </w:rPr>
              <w:t>1</w:t>
            </w:r>
          </w:p>
        </w:tc>
        <w:tc>
          <w:tcPr>
            <w:tcW w:w="1828" w:type="dxa"/>
            <w:vAlign w:val="center"/>
          </w:tcPr>
          <w:p w14:paraId="0771A59C" w14:textId="77777777" w:rsidR="003A73F2" w:rsidRPr="00DC2348" w:rsidRDefault="003A73F2">
            <w:r w:rsidRPr="00DC2348">
              <w:rPr>
                <w:sz w:val="16"/>
              </w:rPr>
              <w:t>Typ magazynu</w:t>
            </w:r>
          </w:p>
        </w:tc>
        <w:tc>
          <w:tcPr>
            <w:tcW w:w="1700" w:type="dxa"/>
            <w:vAlign w:val="center"/>
          </w:tcPr>
          <w:p w14:paraId="2DEB09CB" w14:textId="77777777" w:rsidR="003A73F2" w:rsidRPr="00DC2348" w:rsidRDefault="003A73F2">
            <w:r w:rsidRPr="00DC2348">
              <w:rPr>
                <w:sz w:val="16"/>
              </w:rPr>
              <w:t>wysokonapięciowy magazyn energii współpracujący z instalacją PV</w:t>
            </w:r>
          </w:p>
        </w:tc>
        <w:tc>
          <w:tcPr>
            <w:tcW w:w="1700" w:type="dxa"/>
            <w:vAlign w:val="center"/>
          </w:tcPr>
          <w:p w14:paraId="30904AEF" w14:textId="77777777" w:rsidR="003A73F2" w:rsidRPr="00DC2348" w:rsidRDefault="003A73F2"/>
        </w:tc>
        <w:tc>
          <w:tcPr>
            <w:tcW w:w="1700" w:type="dxa"/>
            <w:vAlign w:val="center"/>
          </w:tcPr>
          <w:p w14:paraId="2A9771EA" w14:textId="77777777" w:rsidR="003A73F2" w:rsidRPr="00DC2348" w:rsidRDefault="003A73F2"/>
        </w:tc>
      </w:tr>
      <w:tr w:rsidR="003A73F2" w:rsidRPr="00DC2348" w14:paraId="07DD9F68" w14:textId="77777777" w:rsidTr="003A73F2">
        <w:trPr>
          <w:jc w:val="center"/>
        </w:trPr>
        <w:tc>
          <w:tcPr>
            <w:tcW w:w="1700" w:type="dxa"/>
            <w:vAlign w:val="center"/>
          </w:tcPr>
          <w:p w14:paraId="264FD563" w14:textId="77777777" w:rsidR="003A73F2" w:rsidRPr="00DC2348" w:rsidRDefault="003A73F2">
            <w:r w:rsidRPr="00DC2348">
              <w:rPr>
                <w:sz w:val="16"/>
              </w:rPr>
              <w:t>2</w:t>
            </w:r>
          </w:p>
        </w:tc>
        <w:tc>
          <w:tcPr>
            <w:tcW w:w="1828" w:type="dxa"/>
            <w:vAlign w:val="center"/>
          </w:tcPr>
          <w:p w14:paraId="5FB9F288" w14:textId="77777777" w:rsidR="003A73F2" w:rsidRPr="00DC2348" w:rsidRDefault="003A73F2">
            <w:r w:rsidRPr="00DC2348">
              <w:rPr>
                <w:sz w:val="16"/>
              </w:rPr>
              <w:t>Technologia ogniw</w:t>
            </w:r>
          </w:p>
        </w:tc>
        <w:tc>
          <w:tcPr>
            <w:tcW w:w="1700" w:type="dxa"/>
            <w:vAlign w:val="center"/>
          </w:tcPr>
          <w:p w14:paraId="7B9A34C1" w14:textId="77777777" w:rsidR="003A73F2" w:rsidRPr="00DC2348" w:rsidRDefault="003A73F2">
            <w:r w:rsidRPr="00DC2348">
              <w:rPr>
                <w:sz w:val="16"/>
              </w:rPr>
              <w:t>LiFePO4 / LFP</w:t>
            </w:r>
          </w:p>
        </w:tc>
        <w:tc>
          <w:tcPr>
            <w:tcW w:w="1700" w:type="dxa"/>
            <w:vAlign w:val="center"/>
          </w:tcPr>
          <w:p w14:paraId="5F4BEDC7" w14:textId="77777777" w:rsidR="003A73F2" w:rsidRPr="00DC2348" w:rsidRDefault="003A73F2"/>
        </w:tc>
        <w:tc>
          <w:tcPr>
            <w:tcW w:w="1700" w:type="dxa"/>
            <w:vAlign w:val="center"/>
          </w:tcPr>
          <w:p w14:paraId="7EEDE7AC" w14:textId="77777777" w:rsidR="003A73F2" w:rsidRPr="00DC2348" w:rsidRDefault="003A73F2"/>
        </w:tc>
      </w:tr>
      <w:tr w:rsidR="003A73F2" w:rsidRPr="00DC2348" w14:paraId="611BDFB4" w14:textId="77777777" w:rsidTr="003A73F2">
        <w:trPr>
          <w:jc w:val="center"/>
        </w:trPr>
        <w:tc>
          <w:tcPr>
            <w:tcW w:w="1700" w:type="dxa"/>
            <w:vAlign w:val="center"/>
          </w:tcPr>
          <w:p w14:paraId="5C391E3D" w14:textId="77777777" w:rsidR="003A73F2" w:rsidRPr="00DC2348" w:rsidRDefault="003A73F2">
            <w:r w:rsidRPr="00DC2348">
              <w:rPr>
                <w:sz w:val="16"/>
              </w:rPr>
              <w:t>3</w:t>
            </w:r>
          </w:p>
        </w:tc>
        <w:tc>
          <w:tcPr>
            <w:tcW w:w="1828" w:type="dxa"/>
            <w:vAlign w:val="center"/>
          </w:tcPr>
          <w:p w14:paraId="1649F29D" w14:textId="77777777" w:rsidR="003A73F2" w:rsidRPr="00DC2348" w:rsidRDefault="003A73F2">
            <w:r w:rsidRPr="00DC2348">
              <w:rPr>
                <w:sz w:val="16"/>
              </w:rPr>
              <w:t>Pojemność nominalna zestawu</w:t>
            </w:r>
          </w:p>
        </w:tc>
        <w:tc>
          <w:tcPr>
            <w:tcW w:w="1700" w:type="dxa"/>
            <w:vAlign w:val="center"/>
          </w:tcPr>
          <w:p w14:paraId="2DED2C74" w14:textId="77777777" w:rsidR="003A73F2" w:rsidRPr="00DC2348" w:rsidRDefault="003A73F2">
            <w:r w:rsidRPr="00DC2348">
              <w:rPr>
                <w:sz w:val="16"/>
              </w:rPr>
              <w:t>minimum 40 kWh</w:t>
            </w:r>
          </w:p>
        </w:tc>
        <w:tc>
          <w:tcPr>
            <w:tcW w:w="1700" w:type="dxa"/>
            <w:vAlign w:val="center"/>
          </w:tcPr>
          <w:p w14:paraId="6EDFC723" w14:textId="77777777" w:rsidR="003A73F2" w:rsidRPr="00DC2348" w:rsidRDefault="003A73F2"/>
        </w:tc>
        <w:tc>
          <w:tcPr>
            <w:tcW w:w="1700" w:type="dxa"/>
            <w:vAlign w:val="center"/>
          </w:tcPr>
          <w:p w14:paraId="19E77FBB" w14:textId="77777777" w:rsidR="003A73F2" w:rsidRPr="00DC2348" w:rsidRDefault="003A73F2"/>
        </w:tc>
      </w:tr>
      <w:tr w:rsidR="003A73F2" w:rsidRPr="00DC2348" w14:paraId="566F61A2" w14:textId="77777777" w:rsidTr="003A73F2">
        <w:trPr>
          <w:jc w:val="center"/>
        </w:trPr>
        <w:tc>
          <w:tcPr>
            <w:tcW w:w="1700" w:type="dxa"/>
            <w:vAlign w:val="center"/>
          </w:tcPr>
          <w:p w14:paraId="0561F421" w14:textId="77777777" w:rsidR="003A73F2" w:rsidRPr="00DC2348" w:rsidRDefault="003A73F2">
            <w:r w:rsidRPr="00DC2348">
              <w:rPr>
                <w:sz w:val="16"/>
              </w:rPr>
              <w:t>4</w:t>
            </w:r>
          </w:p>
        </w:tc>
        <w:tc>
          <w:tcPr>
            <w:tcW w:w="1828" w:type="dxa"/>
            <w:vAlign w:val="center"/>
          </w:tcPr>
          <w:p w14:paraId="19DF5382" w14:textId="77777777" w:rsidR="003A73F2" w:rsidRPr="00DC2348" w:rsidRDefault="003A73F2">
            <w:r w:rsidRPr="00DC2348">
              <w:rPr>
                <w:sz w:val="16"/>
              </w:rPr>
              <w:t>Budowa modułowa</w:t>
            </w:r>
          </w:p>
        </w:tc>
        <w:tc>
          <w:tcPr>
            <w:tcW w:w="1700" w:type="dxa"/>
            <w:vAlign w:val="center"/>
          </w:tcPr>
          <w:p w14:paraId="27935A93" w14:textId="77777777" w:rsidR="003A73F2" w:rsidRPr="00DC2348" w:rsidRDefault="003A73F2">
            <w:r w:rsidRPr="00DC2348">
              <w:rPr>
                <w:sz w:val="16"/>
              </w:rPr>
              <w:t>wymagana</w:t>
            </w:r>
          </w:p>
        </w:tc>
        <w:tc>
          <w:tcPr>
            <w:tcW w:w="1700" w:type="dxa"/>
            <w:vAlign w:val="center"/>
          </w:tcPr>
          <w:p w14:paraId="23F59E19" w14:textId="77777777" w:rsidR="003A73F2" w:rsidRPr="00DC2348" w:rsidRDefault="003A73F2"/>
        </w:tc>
        <w:tc>
          <w:tcPr>
            <w:tcW w:w="1700" w:type="dxa"/>
            <w:vAlign w:val="center"/>
          </w:tcPr>
          <w:p w14:paraId="20BEE54C" w14:textId="77777777" w:rsidR="003A73F2" w:rsidRPr="00DC2348" w:rsidRDefault="003A73F2"/>
        </w:tc>
      </w:tr>
      <w:tr w:rsidR="003A73F2" w:rsidRPr="00DC2348" w14:paraId="587D8831" w14:textId="77777777" w:rsidTr="003A73F2">
        <w:trPr>
          <w:jc w:val="center"/>
        </w:trPr>
        <w:tc>
          <w:tcPr>
            <w:tcW w:w="1700" w:type="dxa"/>
            <w:vAlign w:val="center"/>
          </w:tcPr>
          <w:p w14:paraId="0A017991" w14:textId="77777777" w:rsidR="003A73F2" w:rsidRPr="00DC2348" w:rsidRDefault="003A73F2">
            <w:r w:rsidRPr="00DC2348">
              <w:rPr>
                <w:sz w:val="16"/>
              </w:rPr>
              <w:t>5</w:t>
            </w:r>
          </w:p>
        </w:tc>
        <w:tc>
          <w:tcPr>
            <w:tcW w:w="1828" w:type="dxa"/>
            <w:vAlign w:val="center"/>
          </w:tcPr>
          <w:p w14:paraId="75A170DC" w14:textId="77777777" w:rsidR="003A73F2" w:rsidRPr="00DC2348" w:rsidRDefault="003A73F2">
            <w:r w:rsidRPr="00DC2348">
              <w:rPr>
                <w:sz w:val="16"/>
              </w:rPr>
              <w:t>Pojemność pojedynczego modułu</w:t>
            </w:r>
          </w:p>
        </w:tc>
        <w:tc>
          <w:tcPr>
            <w:tcW w:w="1700" w:type="dxa"/>
            <w:vAlign w:val="center"/>
          </w:tcPr>
          <w:p w14:paraId="4D73A92C" w14:textId="77777777" w:rsidR="003A73F2" w:rsidRPr="00DC2348" w:rsidRDefault="003A73F2">
            <w:r w:rsidRPr="00DC2348">
              <w:rPr>
                <w:sz w:val="16"/>
              </w:rPr>
              <w:t>5 kWh lub równoważna konfiguracja pozwalająca uzyskać min. 40 kWh</w:t>
            </w:r>
          </w:p>
        </w:tc>
        <w:tc>
          <w:tcPr>
            <w:tcW w:w="1700" w:type="dxa"/>
            <w:vAlign w:val="center"/>
          </w:tcPr>
          <w:p w14:paraId="207FD857" w14:textId="77777777" w:rsidR="003A73F2" w:rsidRPr="00DC2348" w:rsidRDefault="003A73F2"/>
        </w:tc>
        <w:tc>
          <w:tcPr>
            <w:tcW w:w="1700" w:type="dxa"/>
            <w:vAlign w:val="center"/>
          </w:tcPr>
          <w:p w14:paraId="639B50F4" w14:textId="77777777" w:rsidR="003A73F2" w:rsidRPr="00DC2348" w:rsidRDefault="003A73F2"/>
        </w:tc>
      </w:tr>
      <w:tr w:rsidR="003A73F2" w:rsidRPr="00DC2348" w14:paraId="6DBBCB6C" w14:textId="77777777" w:rsidTr="003A73F2">
        <w:trPr>
          <w:jc w:val="center"/>
        </w:trPr>
        <w:tc>
          <w:tcPr>
            <w:tcW w:w="1700" w:type="dxa"/>
            <w:vAlign w:val="center"/>
          </w:tcPr>
          <w:p w14:paraId="62DE9AB0" w14:textId="77777777" w:rsidR="003A73F2" w:rsidRPr="00DC2348" w:rsidRDefault="003A73F2">
            <w:r w:rsidRPr="00DC2348">
              <w:rPr>
                <w:sz w:val="16"/>
              </w:rPr>
              <w:t>6</w:t>
            </w:r>
          </w:p>
        </w:tc>
        <w:tc>
          <w:tcPr>
            <w:tcW w:w="1828" w:type="dxa"/>
            <w:vAlign w:val="center"/>
          </w:tcPr>
          <w:p w14:paraId="10E13871" w14:textId="77777777" w:rsidR="003A73F2" w:rsidRPr="00DC2348" w:rsidRDefault="003A73F2">
            <w:r w:rsidRPr="00DC2348">
              <w:rPr>
                <w:sz w:val="16"/>
              </w:rPr>
              <w:t>Konfiguracja referencyjna</w:t>
            </w:r>
          </w:p>
        </w:tc>
        <w:tc>
          <w:tcPr>
            <w:tcW w:w="1700" w:type="dxa"/>
            <w:vAlign w:val="center"/>
          </w:tcPr>
          <w:p w14:paraId="2B3F0D1C" w14:textId="77777777" w:rsidR="003A73F2" w:rsidRPr="00DC2348" w:rsidRDefault="003A73F2">
            <w:r w:rsidRPr="00DC2348">
              <w:rPr>
                <w:sz w:val="16"/>
              </w:rPr>
              <w:t>BMS + moduły bateryjne zapewniające 40 kWh</w:t>
            </w:r>
          </w:p>
        </w:tc>
        <w:tc>
          <w:tcPr>
            <w:tcW w:w="1700" w:type="dxa"/>
            <w:vAlign w:val="center"/>
          </w:tcPr>
          <w:p w14:paraId="2B2C80C2" w14:textId="77777777" w:rsidR="003A73F2" w:rsidRPr="00DC2348" w:rsidRDefault="003A73F2"/>
        </w:tc>
        <w:tc>
          <w:tcPr>
            <w:tcW w:w="1700" w:type="dxa"/>
            <w:vAlign w:val="center"/>
          </w:tcPr>
          <w:p w14:paraId="65544A85" w14:textId="77777777" w:rsidR="003A73F2" w:rsidRPr="00DC2348" w:rsidRDefault="003A73F2"/>
        </w:tc>
      </w:tr>
      <w:tr w:rsidR="003A73F2" w:rsidRPr="00DC2348" w14:paraId="6E1A543F" w14:textId="77777777" w:rsidTr="003A73F2">
        <w:trPr>
          <w:jc w:val="center"/>
        </w:trPr>
        <w:tc>
          <w:tcPr>
            <w:tcW w:w="1700" w:type="dxa"/>
            <w:vAlign w:val="center"/>
          </w:tcPr>
          <w:p w14:paraId="5877D8C8" w14:textId="77777777" w:rsidR="003A73F2" w:rsidRPr="00DC2348" w:rsidRDefault="003A73F2">
            <w:r w:rsidRPr="00DC2348">
              <w:rPr>
                <w:sz w:val="16"/>
              </w:rPr>
              <w:t>7</w:t>
            </w:r>
          </w:p>
        </w:tc>
        <w:tc>
          <w:tcPr>
            <w:tcW w:w="1828" w:type="dxa"/>
            <w:vAlign w:val="center"/>
          </w:tcPr>
          <w:p w14:paraId="08C455E3" w14:textId="77777777" w:rsidR="003A73F2" w:rsidRPr="00DC2348" w:rsidRDefault="003A73F2">
            <w:r w:rsidRPr="00DC2348">
              <w:rPr>
                <w:sz w:val="16"/>
              </w:rPr>
              <w:t>BMS</w:t>
            </w:r>
          </w:p>
        </w:tc>
        <w:tc>
          <w:tcPr>
            <w:tcW w:w="1700" w:type="dxa"/>
            <w:vAlign w:val="center"/>
          </w:tcPr>
          <w:p w14:paraId="6F1FA826" w14:textId="77777777" w:rsidR="003A73F2" w:rsidRPr="00DC2348" w:rsidRDefault="003A73F2">
            <w:r w:rsidRPr="00DC2348">
              <w:rPr>
                <w:sz w:val="16"/>
              </w:rPr>
              <w:t>wymagany zaawansowany system BMS</w:t>
            </w:r>
          </w:p>
        </w:tc>
        <w:tc>
          <w:tcPr>
            <w:tcW w:w="1700" w:type="dxa"/>
            <w:vAlign w:val="center"/>
          </w:tcPr>
          <w:p w14:paraId="2C3286FA" w14:textId="77777777" w:rsidR="003A73F2" w:rsidRPr="00DC2348" w:rsidRDefault="003A73F2"/>
        </w:tc>
        <w:tc>
          <w:tcPr>
            <w:tcW w:w="1700" w:type="dxa"/>
            <w:vAlign w:val="center"/>
          </w:tcPr>
          <w:p w14:paraId="2970F957" w14:textId="77777777" w:rsidR="003A73F2" w:rsidRPr="00DC2348" w:rsidRDefault="003A73F2"/>
        </w:tc>
      </w:tr>
      <w:tr w:rsidR="003A73F2" w:rsidRPr="00DC2348" w14:paraId="184A5D00" w14:textId="77777777" w:rsidTr="003A73F2">
        <w:trPr>
          <w:jc w:val="center"/>
        </w:trPr>
        <w:tc>
          <w:tcPr>
            <w:tcW w:w="1700" w:type="dxa"/>
            <w:vAlign w:val="center"/>
          </w:tcPr>
          <w:p w14:paraId="031EE655" w14:textId="77777777" w:rsidR="003A73F2" w:rsidRPr="00DC2348" w:rsidRDefault="003A73F2">
            <w:r w:rsidRPr="00DC2348">
              <w:rPr>
                <w:sz w:val="16"/>
              </w:rPr>
              <w:t>8</w:t>
            </w:r>
          </w:p>
        </w:tc>
        <w:tc>
          <w:tcPr>
            <w:tcW w:w="1828" w:type="dxa"/>
            <w:vAlign w:val="center"/>
          </w:tcPr>
          <w:p w14:paraId="5376FEA7" w14:textId="77777777" w:rsidR="003A73F2" w:rsidRPr="00DC2348" w:rsidRDefault="003A73F2">
            <w:r w:rsidRPr="00DC2348">
              <w:rPr>
                <w:sz w:val="16"/>
              </w:rPr>
              <w:t>Ogniwa</w:t>
            </w:r>
          </w:p>
        </w:tc>
        <w:tc>
          <w:tcPr>
            <w:tcW w:w="1700" w:type="dxa"/>
            <w:vAlign w:val="center"/>
          </w:tcPr>
          <w:p w14:paraId="17143A38" w14:textId="77777777" w:rsidR="003A73F2" w:rsidRPr="00DC2348" w:rsidRDefault="003A73F2">
            <w:r w:rsidRPr="00DC2348">
              <w:rPr>
                <w:sz w:val="16"/>
              </w:rPr>
              <w:t>Grade A / klasa A</w:t>
            </w:r>
          </w:p>
        </w:tc>
        <w:tc>
          <w:tcPr>
            <w:tcW w:w="1700" w:type="dxa"/>
            <w:vAlign w:val="center"/>
          </w:tcPr>
          <w:p w14:paraId="67DC047C" w14:textId="77777777" w:rsidR="003A73F2" w:rsidRPr="00DC2348" w:rsidRDefault="003A73F2"/>
        </w:tc>
        <w:tc>
          <w:tcPr>
            <w:tcW w:w="1700" w:type="dxa"/>
            <w:vAlign w:val="center"/>
          </w:tcPr>
          <w:p w14:paraId="7EA4EDF9" w14:textId="77777777" w:rsidR="003A73F2" w:rsidRPr="00DC2348" w:rsidRDefault="003A73F2"/>
        </w:tc>
      </w:tr>
      <w:tr w:rsidR="003A73F2" w:rsidRPr="00DC2348" w14:paraId="2A3AE62F" w14:textId="77777777" w:rsidTr="003A73F2">
        <w:trPr>
          <w:jc w:val="center"/>
        </w:trPr>
        <w:tc>
          <w:tcPr>
            <w:tcW w:w="1700" w:type="dxa"/>
            <w:vAlign w:val="center"/>
          </w:tcPr>
          <w:p w14:paraId="77DE8012" w14:textId="77777777" w:rsidR="003A73F2" w:rsidRPr="00DC2348" w:rsidRDefault="003A73F2">
            <w:r w:rsidRPr="00DC2348">
              <w:rPr>
                <w:sz w:val="16"/>
              </w:rPr>
              <w:t>9</w:t>
            </w:r>
          </w:p>
        </w:tc>
        <w:tc>
          <w:tcPr>
            <w:tcW w:w="1828" w:type="dxa"/>
            <w:vAlign w:val="center"/>
          </w:tcPr>
          <w:p w14:paraId="2DE41FC9" w14:textId="77777777" w:rsidR="003A73F2" w:rsidRPr="00DC2348" w:rsidRDefault="003A73F2">
            <w:r w:rsidRPr="00DC2348">
              <w:rPr>
                <w:sz w:val="16"/>
              </w:rPr>
              <w:t>Napięcie nominalne zestawu</w:t>
            </w:r>
          </w:p>
        </w:tc>
        <w:tc>
          <w:tcPr>
            <w:tcW w:w="1700" w:type="dxa"/>
            <w:vAlign w:val="center"/>
          </w:tcPr>
          <w:p w14:paraId="23A43591" w14:textId="77777777" w:rsidR="003A73F2" w:rsidRPr="00DC2348" w:rsidRDefault="003A73F2">
            <w:r w:rsidRPr="00DC2348">
              <w:rPr>
                <w:sz w:val="16"/>
              </w:rPr>
              <w:t>zgodne z systemem producenta i kompatybilne z falownikiem, referencyjnie ok. 409 V dla 40 kWh</w:t>
            </w:r>
          </w:p>
        </w:tc>
        <w:tc>
          <w:tcPr>
            <w:tcW w:w="1700" w:type="dxa"/>
            <w:vAlign w:val="center"/>
          </w:tcPr>
          <w:p w14:paraId="580239CB" w14:textId="77777777" w:rsidR="003A73F2" w:rsidRPr="00DC2348" w:rsidRDefault="003A73F2"/>
        </w:tc>
        <w:tc>
          <w:tcPr>
            <w:tcW w:w="1700" w:type="dxa"/>
            <w:vAlign w:val="center"/>
          </w:tcPr>
          <w:p w14:paraId="686FF5F0" w14:textId="77777777" w:rsidR="003A73F2" w:rsidRPr="00DC2348" w:rsidRDefault="003A73F2"/>
        </w:tc>
      </w:tr>
      <w:tr w:rsidR="003A73F2" w:rsidRPr="00DC2348" w14:paraId="798C454B" w14:textId="77777777" w:rsidTr="003A73F2">
        <w:trPr>
          <w:jc w:val="center"/>
        </w:trPr>
        <w:tc>
          <w:tcPr>
            <w:tcW w:w="1700" w:type="dxa"/>
            <w:vAlign w:val="center"/>
          </w:tcPr>
          <w:p w14:paraId="309D656D" w14:textId="77777777" w:rsidR="003A73F2" w:rsidRPr="00DC2348" w:rsidRDefault="003A73F2">
            <w:r w:rsidRPr="00DC2348">
              <w:rPr>
                <w:sz w:val="16"/>
              </w:rPr>
              <w:t>10</w:t>
            </w:r>
          </w:p>
        </w:tc>
        <w:tc>
          <w:tcPr>
            <w:tcW w:w="1828" w:type="dxa"/>
            <w:vAlign w:val="center"/>
          </w:tcPr>
          <w:p w14:paraId="2148E3F6" w14:textId="77777777" w:rsidR="003A73F2" w:rsidRPr="00DC2348" w:rsidRDefault="003A73F2">
            <w:r w:rsidRPr="00DC2348">
              <w:rPr>
                <w:sz w:val="16"/>
              </w:rPr>
              <w:t>Maksymalny prąd ładowania/rozładowania</w:t>
            </w:r>
          </w:p>
        </w:tc>
        <w:tc>
          <w:tcPr>
            <w:tcW w:w="1700" w:type="dxa"/>
            <w:vAlign w:val="center"/>
          </w:tcPr>
          <w:p w14:paraId="045E1449" w14:textId="77777777" w:rsidR="003A73F2" w:rsidRPr="00DC2348" w:rsidRDefault="003A73F2">
            <w:r w:rsidRPr="00DC2348">
              <w:rPr>
                <w:sz w:val="16"/>
              </w:rPr>
              <w:t>minimum 100 A lub zgodnie z kompatybilnym systemem producenta dla 40 kWh</w:t>
            </w:r>
          </w:p>
        </w:tc>
        <w:tc>
          <w:tcPr>
            <w:tcW w:w="1700" w:type="dxa"/>
            <w:vAlign w:val="center"/>
          </w:tcPr>
          <w:p w14:paraId="4343D751" w14:textId="77777777" w:rsidR="003A73F2" w:rsidRPr="00DC2348" w:rsidRDefault="003A73F2"/>
        </w:tc>
        <w:tc>
          <w:tcPr>
            <w:tcW w:w="1700" w:type="dxa"/>
            <w:vAlign w:val="center"/>
          </w:tcPr>
          <w:p w14:paraId="1CA8247B" w14:textId="77777777" w:rsidR="003A73F2" w:rsidRPr="00DC2348" w:rsidRDefault="003A73F2"/>
        </w:tc>
      </w:tr>
      <w:tr w:rsidR="003A73F2" w:rsidRPr="00DC2348" w14:paraId="3576B4AC" w14:textId="77777777" w:rsidTr="003A73F2">
        <w:trPr>
          <w:jc w:val="center"/>
        </w:trPr>
        <w:tc>
          <w:tcPr>
            <w:tcW w:w="1700" w:type="dxa"/>
            <w:vAlign w:val="center"/>
          </w:tcPr>
          <w:p w14:paraId="154B3A72" w14:textId="77777777" w:rsidR="003A73F2" w:rsidRPr="00DC2348" w:rsidRDefault="003A73F2">
            <w:r w:rsidRPr="00DC2348">
              <w:rPr>
                <w:sz w:val="16"/>
              </w:rPr>
              <w:t>11</w:t>
            </w:r>
          </w:p>
        </w:tc>
        <w:tc>
          <w:tcPr>
            <w:tcW w:w="1828" w:type="dxa"/>
            <w:vAlign w:val="center"/>
          </w:tcPr>
          <w:p w14:paraId="020DE5FC" w14:textId="77777777" w:rsidR="003A73F2" w:rsidRPr="00DC2348" w:rsidRDefault="003A73F2">
            <w:r w:rsidRPr="00DC2348">
              <w:rPr>
                <w:sz w:val="16"/>
              </w:rPr>
              <w:t>Skalowalność</w:t>
            </w:r>
          </w:p>
        </w:tc>
        <w:tc>
          <w:tcPr>
            <w:tcW w:w="1700" w:type="dxa"/>
            <w:vAlign w:val="center"/>
          </w:tcPr>
          <w:p w14:paraId="6A3C9B5C" w14:textId="77777777" w:rsidR="003A73F2" w:rsidRPr="00DC2348" w:rsidRDefault="003A73F2">
            <w:r w:rsidRPr="00DC2348">
              <w:rPr>
                <w:sz w:val="16"/>
              </w:rPr>
              <w:t>możliwość rozbudowy w ramach systemu producenta</w:t>
            </w:r>
          </w:p>
        </w:tc>
        <w:tc>
          <w:tcPr>
            <w:tcW w:w="1700" w:type="dxa"/>
            <w:vAlign w:val="center"/>
          </w:tcPr>
          <w:p w14:paraId="357F1711" w14:textId="77777777" w:rsidR="003A73F2" w:rsidRPr="00DC2348" w:rsidRDefault="003A73F2"/>
        </w:tc>
        <w:tc>
          <w:tcPr>
            <w:tcW w:w="1700" w:type="dxa"/>
            <w:vAlign w:val="center"/>
          </w:tcPr>
          <w:p w14:paraId="67A4B9BF" w14:textId="77777777" w:rsidR="003A73F2" w:rsidRPr="00DC2348" w:rsidRDefault="003A73F2"/>
        </w:tc>
      </w:tr>
      <w:tr w:rsidR="003A73F2" w:rsidRPr="00DC2348" w14:paraId="7AB4759F" w14:textId="77777777" w:rsidTr="003A73F2">
        <w:trPr>
          <w:jc w:val="center"/>
        </w:trPr>
        <w:tc>
          <w:tcPr>
            <w:tcW w:w="1700" w:type="dxa"/>
            <w:vAlign w:val="center"/>
          </w:tcPr>
          <w:p w14:paraId="25FDED9F" w14:textId="77777777" w:rsidR="003A73F2" w:rsidRPr="00DC2348" w:rsidRDefault="003A73F2">
            <w:r w:rsidRPr="00DC2348">
              <w:rPr>
                <w:sz w:val="16"/>
              </w:rPr>
              <w:t>12</w:t>
            </w:r>
          </w:p>
        </w:tc>
        <w:tc>
          <w:tcPr>
            <w:tcW w:w="1828" w:type="dxa"/>
            <w:vAlign w:val="center"/>
          </w:tcPr>
          <w:p w14:paraId="1991BD03" w14:textId="77777777" w:rsidR="003A73F2" w:rsidRPr="00DC2348" w:rsidRDefault="003A73F2">
            <w:r w:rsidRPr="00DC2348">
              <w:rPr>
                <w:sz w:val="16"/>
              </w:rPr>
              <w:t>Zakres pojemności systemu</w:t>
            </w:r>
          </w:p>
        </w:tc>
        <w:tc>
          <w:tcPr>
            <w:tcW w:w="1700" w:type="dxa"/>
            <w:vAlign w:val="center"/>
          </w:tcPr>
          <w:p w14:paraId="070CE42D" w14:textId="77777777" w:rsidR="003A73F2" w:rsidRPr="00DC2348" w:rsidRDefault="003A73F2">
            <w:r w:rsidRPr="00DC2348">
              <w:rPr>
                <w:sz w:val="16"/>
              </w:rPr>
              <w:t>system powinien umożliwiać konfigurację min. 20-65 kWh lub równoważną</w:t>
            </w:r>
          </w:p>
        </w:tc>
        <w:tc>
          <w:tcPr>
            <w:tcW w:w="1700" w:type="dxa"/>
            <w:vAlign w:val="center"/>
          </w:tcPr>
          <w:p w14:paraId="7BF452A7" w14:textId="77777777" w:rsidR="003A73F2" w:rsidRPr="00DC2348" w:rsidRDefault="003A73F2"/>
        </w:tc>
        <w:tc>
          <w:tcPr>
            <w:tcW w:w="1700" w:type="dxa"/>
            <w:vAlign w:val="center"/>
          </w:tcPr>
          <w:p w14:paraId="6713B931" w14:textId="77777777" w:rsidR="003A73F2" w:rsidRPr="00DC2348" w:rsidRDefault="003A73F2"/>
        </w:tc>
      </w:tr>
      <w:tr w:rsidR="003A73F2" w:rsidRPr="00DC2348" w14:paraId="68188A88" w14:textId="77777777" w:rsidTr="003A73F2">
        <w:trPr>
          <w:jc w:val="center"/>
        </w:trPr>
        <w:tc>
          <w:tcPr>
            <w:tcW w:w="1700" w:type="dxa"/>
            <w:vAlign w:val="center"/>
          </w:tcPr>
          <w:p w14:paraId="78115962" w14:textId="77777777" w:rsidR="003A73F2" w:rsidRPr="00DC2348" w:rsidRDefault="003A73F2">
            <w:r w:rsidRPr="00DC2348">
              <w:rPr>
                <w:sz w:val="16"/>
              </w:rPr>
              <w:t>13</w:t>
            </w:r>
          </w:p>
        </w:tc>
        <w:tc>
          <w:tcPr>
            <w:tcW w:w="1828" w:type="dxa"/>
            <w:vAlign w:val="center"/>
          </w:tcPr>
          <w:p w14:paraId="4C9EF1EC" w14:textId="77777777" w:rsidR="003A73F2" w:rsidRPr="00DC2348" w:rsidRDefault="003A73F2">
            <w:r w:rsidRPr="00DC2348">
              <w:rPr>
                <w:sz w:val="16"/>
              </w:rPr>
              <w:t>Możliwość łączenia równoległego</w:t>
            </w:r>
          </w:p>
        </w:tc>
        <w:tc>
          <w:tcPr>
            <w:tcW w:w="1700" w:type="dxa"/>
            <w:vAlign w:val="center"/>
          </w:tcPr>
          <w:p w14:paraId="08B3C52D" w14:textId="77777777" w:rsidR="003A73F2" w:rsidRPr="00DC2348" w:rsidRDefault="003A73F2">
            <w:r w:rsidRPr="00DC2348">
              <w:rPr>
                <w:sz w:val="16"/>
              </w:rPr>
              <w:t>wymagana, jeżeli przewidziana w systemie producenta</w:t>
            </w:r>
          </w:p>
        </w:tc>
        <w:tc>
          <w:tcPr>
            <w:tcW w:w="1700" w:type="dxa"/>
            <w:vAlign w:val="center"/>
          </w:tcPr>
          <w:p w14:paraId="5DFABA6A" w14:textId="77777777" w:rsidR="003A73F2" w:rsidRPr="00DC2348" w:rsidRDefault="003A73F2"/>
        </w:tc>
        <w:tc>
          <w:tcPr>
            <w:tcW w:w="1700" w:type="dxa"/>
            <w:vAlign w:val="center"/>
          </w:tcPr>
          <w:p w14:paraId="76CE6C2A" w14:textId="77777777" w:rsidR="003A73F2" w:rsidRPr="00DC2348" w:rsidRDefault="003A73F2"/>
        </w:tc>
      </w:tr>
      <w:tr w:rsidR="003A73F2" w:rsidRPr="00DC2348" w14:paraId="1C4365EF" w14:textId="77777777" w:rsidTr="003A73F2">
        <w:trPr>
          <w:jc w:val="center"/>
        </w:trPr>
        <w:tc>
          <w:tcPr>
            <w:tcW w:w="1700" w:type="dxa"/>
            <w:vAlign w:val="center"/>
          </w:tcPr>
          <w:p w14:paraId="1087663D" w14:textId="77777777" w:rsidR="003A73F2" w:rsidRPr="00DC2348" w:rsidRDefault="003A73F2">
            <w:r w:rsidRPr="00DC2348">
              <w:rPr>
                <w:sz w:val="16"/>
              </w:rPr>
              <w:t>14</w:t>
            </w:r>
          </w:p>
        </w:tc>
        <w:tc>
          <w:tcPr>
            <w:tcW w:w="1828" w:type="dxa"/>
            <w:vAlign w:val="center"/>
          </w:tcPr>
          <w:p w14:paraId="3569FC0A" w14:textId="77777777" w:rsidR="003A73F2" w:rsidRPr="00DC2348" w:rsidRDefault="003A73F2">
            <w:r w:rsidRPr="00DC2348">
              <w:rPr>
                <w:sz w:val="16"/>
              </w:rPr>
              <w:t>Kompatybilność</w:t>
            </w:r>
          </w:p>
        </w:tc>
        <w:tc>
          <w:tcPr>
            <w:tcW w:w="1700" w:type="dxa"/>
            <w:vAlign w:val="center"/>
          </w:tcPr>
          <w:p w14:paraId="3DF6E938" w14:textId="77777777" w:rsidR="003A73F2" w:rsidRPr="00DC2348" w:rsidRDefault="003A73F2">
            <w:r w:rsidRPr="00DC2348">
              <w:rPr>
                <w:sz w:val="16"/>
              </w:rPr>
              <w:t>współpraca z falownikiem wysokonapięciowym zaoferowanym przez Wykonawcę</w:t>
            </w:r>
          </w:p>
        </w:tc>
        <w:tc>
          <w:tcPr>
            <w:tcW w:w="1700" w:type="dxa"/>
            <w:vAlign w:val="center"/>
          </w:tcPr>
          <w:p w14:paraId="6020BC69" w14:textId="77777777" w:rsidR="003A73F2" w:rsidRPr="00DC2348" w:rsidRDefault="003A73F2"/>
        </w:tc>
        <w:tc>
          <w:tcPr>
            <w:tcW w:w="1700" w:type="dxa"/>
            <w:vAlign w:val="center"/>
          </w:tcPr>
          <w:p w14:paraId="62E8E91A" w14:textId="77777777" w:rsidR="003A73F2" w:rsidRPr="00DC2348" w:rsidRDefault="003A73F2"/>
        </w:tc>
      </w:tr>
      <w:tr w:rsidR="003A73F2" w:rsidRPr="00DC2348" w14:paraId="285813FA" w14:textId="77777777" w:rsidTr="003A73F2">
        <w:trPr>
          <w:jc w:val="center"/>
        </w:trPr>
        <w:tc>
          <w:tcPr>
            <w:tcW w:w="1700" w:type="dxa"/>
            <w:vAlign w:val="center"/>
          </w:tcPr>
          <w:p w14:paraId="60AA5358" w14:textId="77777777" w:rsidR="003A73F2" w:rsidRPr="00DC2348" w:rsidRDefault="003A73F2">
            <w:r w:rsidRPr="00DC2348">
              <w:rPr>
                <w:sz w:val="16"/>
              </w:rPr>
              <w:t>15</w:t>
            </w:r>
          </w:p>
        </w:tc>
        <w:tc>
          <w:tcPr>
            <w:tcW w:w="1828" w:type="dxa"/>
            <w:vAlign w:val="center"/>
          </w:tcPr>
          <w:p w14:paraId="014C48CA" w14:textId="77777777" w:rsidR="003A73F2" w:rsidRPr="00DC2348" w:rsidRDefault="003A73F2">
            <w:r w:rsidRPr="00DC2348">
              <w:rPr>
                <w:sz w:val="16"/>
              </w:rPr>
              <w:t>Komunikacja</w:t>
            </w:r>
          </w:p>
        </w:tc>
        <w:tc>
          <w:tcPr>
            <w:tcW w:w="1700" w:type="dxa"/>
            <w:vAlign w:val="center"/>
          </w:tcPr>
          <w:p w14:paraId="66911D7C" w14:textId="77777777" w:rsidR="003A73F2" w:rsidRPr="00DC2348" w:rsidRDefault="003A73F2">
            <w:r w:rsidRPr="00DC2348">
              <w:rPr>
                <w:sz w:val="16"/>
              </w:rPr>
              <w:t>CAN i/lub RS485 zgodnie z dokumentacją producenta i falownika</w:t>
            </w:r>
          </w:p>
        </w:tc>
        <w:tc>
          <w:tcPr>
            <w:tcW w:w="1700" w:type="dxa"/>
            <w:vAlign w:val="center"/>
          </w:tcPr>
          <w:p w14:paraId="70CD33FD" w14:textId="77777777" w:rsidR="003A73F2" w:rsidRPr="00DC2348" w:rsidRDefault="003A73F2"/>
        </w:tc>
        <w:tc>
          <w:tcPr>
            <w:tcW w:w="1700" w:type="dxa"/>
            <w:vAlign w:val="center"/>
          </w:tcPr>
          <w:p w14:paraId="0B5072FD" w14:textId="77777777" w:rsidR="003A73F2" w:rsidRPr="00DC2348" w:rsidRDefault="003A73F2"/>
        </w:tc>
      </w:tr>
      <w:tr w:rsidR="003A73F2" w:rsidRPr="00DC2348" w14:paraId="2239D09C" w14:textId="77777777" w:rsidTr="003A73F2">
        <w:trPr>
          <w:jc w:val="center"/>
        </w:trPr>
        <w:tc>
          <w:tcPr>
            <w:tcW w:w="1700" w:type="dxa"/>
            <w:vAlign w:val="center"/>
          </w:tcPr>
          <w:p w14:paraId="56031CE9" w14:textId="77777777" w:rsidR="003A73F2" w:rsidRPr="00DC2348" w:rsidRDefault="003A73F2">
            <w:r w:rsidRPr="00DC2348">
              <w:rPr>
                <w:sz w:val="16"/>
              </w:rPr>
              <w:t>16</w:t>
            </w:r>
          </w:p>
        </w:tc>
        <w:tc>
          <w:tcPr>
            <w:tcW w:w="1828" w:type="dxa"/>
            <w:vAlign w:val="center"/>
          </w:tcPr>
          <w:p w14:paraId="5078EE3C" w14:textId="77777777" w:rsidR="003A73F2" w:rsidRPr="00DC2348" w:rsidRDefault="003A73F2">
            <w:r w:rsidRPr="00DC2348">
              <w:rPr>
                <w:sz w:val="16"/>
              </w:rPr>
              <w:t>Stopień ochrony obudowy</w:t>
            </w:r>
          </w:p>
        </w:tc>
        <w:tc>
          <w:tcPr>
            <w:tcW w:w="1700" w:type="dxa"/>
            <w:vAlign w:val="center"/>
          </w:tcPr>
          <w:p w14:paraId="4A585A99" w14:textId="77777777" w:rsidR="003A73F2" w:rsidRPr="00DC2348" w:rsidRDefault="003A73F2">
            <w:r w:rsidRPr="00DC2348">
              <w:rPr>
                <w:sz w:val="16"/>
              </w:rPr>
              <w:t xml:space="preserve">minimum IP21 dla lokalizacji wewnętrznej, chyba że projekt lub lokalizacja wymaga </w:t>
            </w:r>
            <w:r w:rsidRPr="00DC2348">
              <w:rPr>
                <w:sz w:val="16"/>
              </w:rPr>
              <w:lastRenderedPageBreak/>
              <w:t>wyższego IP</w:t>
            </w:r>
          </w:p>
        </w:tc>
        <w:tc>
          <w:tcPr>
            <w:tcW w:w="1700" w:type="dxa"/>
            <w:vAlign w:val="center"/>
          </w:tcPr>
          <w:p w14:paraId="07AD67F1" w14:textId="77777777" w:rsidR="003A73F2" w:rsidRPr="00DC2348" w:rsidRDefault="003A73F2"/>
        </w:tc>
        <w:tc>
          <w:tcPr>
            <w:tcW w:w="1700" w:type="dxa"/>
            <w:vAlign w:val="center"/>
          </w:tcPr>
          <w:p w14:paraId="22794ADD" w14:textId="77777777" w:rsidR="003A73F2" w:rsidRPr="00DC2348" w:rsidRDefault="003A73F2"/>
        </w:tc>
      </w:tr>
      <w:tr w:rsidR="003A73F2" w:rsidRPr="00DC2348" w14:paraId="763828CC" w14:textId="77777777" w:rsidTr="003A73F2">
        <w:trPr>
          <w:jc w:val="center"/>
        </w:trPr>
        <w:tc>
          <w:tcPr>
            <w:tcW w:w="1700" w:type="dxa"/>
            <w:vAlign w:val="center"/>
          </w:tcPr>
          <w:p w14:paraId="1F04BFB9" w14:textId="77777777" w:rsidR="003A73F2" w:rsidRPr="00DC2348" w:rsidRDefault="003A73F2">
            <w:r w:rsidRPr="00DC2348">
              <w:rPr>
                <w:sz w:val="16"/>
              </w:rPr>
              <w:t>17</w:t>
            </w:r>
          </w:p>
        </w:tc>
        <w:tc>
          <w:tcPr>
            <w:tcW w:w="1828" w:type="dxa"/>
            <w:vAlign w:val="center"/>
          </w:tcPr>
          <w:p w14:paraId="143BE7E3" w14:textId="77777777" w:rsidR="003A73F2" w:rsidRPr="00DC2348" w:rsidRDefault="003A73F2">
            <w:r w:rsidRPr="00DC2348">
              <w:rPr>
                <w:sz w:val="16"/>
              </w:rPr>
              <w:t>Gwarancja</w:t>
            </w:r>
          </w:p>
        </w:tc>
        <w:tc>
          <w:tcPr>
            <w:tcW w:w="1700" w:type="dxa"/>
            <w:vAlign w:val="center"/>
          </w:tcPr>
          <w:p w14:paraId="593BB479" w14:textId="77777777" w:rsidR="003A73F2" w:rsidRPr="00DC2348" w:rsidRDefault="003A73F2">
            <w:r w:rsidRPr="00DC2348">
              <w:rPr>
                <w:sz w:val="16"/>
              </w:rPr>
              <w:t>minimum 10 lat</w:t>
            </w:r>
          </w:p>
        </w:tc>
        <w:tc>
          <w:tcPr>
            <w:tcW w:w="1700" w:type="dxa"/>
            <w:vAlign w:val="center"/>
          </w:tcPr>
          <w:p w14:paraId="001F3384" w14:textId="77777777" w:rsidR="003A73F2" w:rsidRPr="00DC2348" w:rsidRDefault="003A73F2"/>
        </w:tc>
        <w:tc>
          <w:tcPr>
            <w:tcW w:w="1700" w:type="dxa"/>
            <w:vAlign w:val="center"/>
          </w:tcPr>
          <w:p w14:paraId="480801C1" w14:textId="77777777" w:rsidR="003A73F2" w:rsidRPr="00DC2348" w:rsidRDefault="003A73F2"/>
        </w:tc>
      </w:tr>
      <w:tr w:rsidR="003A73F2" w:rsidRPr="00DC2348" w14:paraId="09F46ED8" w14:textId="77777777" w:rsidTr="003A73F2">
        <w:trPr>
          <w:jc w:val="center"/>
        </w:trPr>
        <w:tc>
          <w:tcPr>
            <w:tcW w:w="1700" w:type="dxa"/>
            <w:vAlign w:val="center"/>
          </w:tcPr>
          <w:p w14:paraId="6382009C" w14:textId="77777777" w:rsidR="003A73F2" w:rsidRPr="00DC2348" w:rsidRDefault="003A73F2">
            <w:r w:rsidRPr="00DC2348">
              <w:rPr>
                <w:sz w:val="16"/>
              </w:rPr>
              <w:t>18</w:t>
            </w:r>
          </w:p>
        </w:tc>
        <w:tc>
          <w:tcPr>
            <w:tcW w:w="1828" w:type="dxa"/>
            <w:vAlign w:val="center"/>
          </w:tcPr>
          <w:p w14:paraId="0D5E4D19" w14:textId="77777777" w:rsidR="003A73F2" w:rsidRPr="00DC2348" w:rsidRDefault="003A73F2">
            <w:r w:rsidRPr="00DC2348">
              <w:rPr>
                <w:sz w:val="16"/>
              </w:rPr>
              <w:t>Dokumentacja połączeń</w:t>
            </w:r>
          </w:p>
        </w:tc>
        <w:tc>
          <w:tcPr>
            <w:tcW w:w="1700" w:type="dxa"/>
            <w:vAlign w:val="center"/>
          </w:tcPr>
          <w:p w14:paraId="75C06530" w14:textId="77777777" w:rsidR="003A73F2" w:rsidRPr="00DC2348" w:rsidRDefault="003A73F2">
            <w:r w:rsidRPr="00DC2348">
              <w:rPr>
                <w:sz w:val="16"/>
              </w:rPr>
              <w:t>wymagane kable połączeniowe między modułami oraz komunikacyjne; brakujące kable do falownika po stronie Wykonawcy</w:t>
            </w:r>
          </w:p>
        </w:tc>
        <w:tc>
          <w:tcPr>
            <w:tcW w:w="1700" w:type="dxa"/>
            <w:vAlign w:val="center"/>
          </w:tcPr>
          <w:p w14:paraId="46A16A85" w14:textId="77777777" w:rsidR="003A73F2" w:rsidRPr="00DC2348" w:rsidRDefault="003A73F2"/>
        </w:tc>
        <w:tc>
          <w:tcPr>
            <w:tcW w:w="1700" w:type="dxa"/>
            <w:vAlign w:val="center"/>
          </w:tcPr>
          <w:p w14:paraId="39804C1B" w14:textId="77777777" w:rsidR="003A73F2" w:rsidRPr="00DC2348" w:rsidRDefault="003A73F2"/>
        </w:tc>
      </w:tr>
      <w:tr w:rsidR="003A73F2" w:rsidRPr="00DC2348" w14:paraId="6425D186" w14:textId="77777777" w:rsidTr="003A73F2">
        <w:trPr>
          <w:jc w:val="center"/>
        </w:trPr>
        <w:tc>
          <w:tcPr>
            <w:tcW w:w="1700" w:type="dxa"/>
            <w:vAlign w:val="center"/>
          </w:tcPr>
          <w:p w14:paraId="014D0F71" w14:textId="77777777" w:rsidR="003A73F2" w:rsidRPr="00DC2348" w:rsidRDefault="003A73F2">
            <w:r w:rsidRPr="00DC2348">
              <w:rPr>
                <w:sz w:val="16"/>
              </w:rPr>
              <w:t>19</w:t>
            </w:r>
          </w:p>
        </w:tc>
        <w:tc>
          <w:tcPr>
            <w:tcW w:w="1828" w:type="dxa"/>
            <w:vAlign w:val="center"/>
          </w:tcPr>
          <w:p w14:paraId="045613A8" w14:textId="77777777" w:rsidR="003A73F2" w:rsidRPr="00DC2348" w:rsidRDefault="003A73F2">
            <w:r w:rsidRPr="00DC2348">
              <w:rPr>
                <w:sz w:val="16"/>
              </w:rPr>
              <w:t>Bezpieczeństwo</w:t>
            </w:r>
          </w:p>
        </w:tc>
        <w:tc>
          <w:tcPr>
            <w:tcW w:w="1700" w:type="dxa"/>
            <w:vAlign w:val="center"/>
          </w:tcPr>
          <w:p w14:paraId="753CD0F2" w14:textId="77777777" w:rsidR="003A73F2" w:rsidRPr="00DC2348" w:rsidRDefault="003A73F2">
            <w:r w:rsidRPr="00DC2348">
              <w:rPr>
                <w:sz w:val="16"/>
              </w:rPr>
              <w:t>wbudowane zabezpieczenia BMS zgodnie z dokumentacją producenta</w:t>
            </w:r>
          </w:p>
        </w:tc>
        <w:tc>
          <w:tcPr>
            <w:tcW w:w="1700" w:type="dxa"/>
            <w:vAlign w:val="center"/>
          </w:tcPr>
          <w:p w14:paraId="6E375858" w14:textId="77777777" w:rsidR="003A73F2" w:rsidRPr="00DC2348" w:rsidRDefault="003A73F2"/>
        </w:tc>
        <w:tc>
          <w:tcPr>
            <w:tcW w:w="1700" w:type="dxa"/>
            <w:vAlign w:val="center"/>
          </w:tcPr>
          <w:p w14:paraId="5C45283F" w14:textId="77777777" w:rsidR="003A73F2" w:rsidRPr="00DC2348" w:rsidRDefault="003A73F2"/>
        </w:tc>
      </w:tr>
      <w:tr w:rsidR="003A73F2" w:rsidRPr="00DC2348" w14:paraId="33170DE5" w14:textId="77777777" w:rsidTr="003A73F2">
        <w:trPr>
          <w:jc w:val="center"/>
        </w:trPr>
        <w:tc>
          <w:tcPr>
            <w:tcW w:w="1700" w:type="dxa"/>
            <w:vAlign w:val="center"/>
          </w:tcPr>
          <w:p w14:paraId="19E3FD50" w14:textId="77777777" w:rsidR="003A73F2" w:rsidRPr="00DC2348" w:rsidRDefault="003A73F2">
            <w:r w:rsidRPr="00DC2348">
              <w:rPr>
                <w:sz w:val="16"/>
              </w:rPr>
              <w:t>20</w:t>
            </w:r>
          </w:p>
        </w:tc>
        <w:tc>
          <w:tcPr>
            <w:tcW w:w="1828" w:type="dxa"/>
            <w:vAlign w:val="center"/>
          </w:tcPr>
          <w:p w14:paraId="5A79B4A9" w14:textId="77777777" w:rsidR="003A73F2" w:rsidRPr="00DC2348" w:rsidRDefault="003A73F2">
            <w:r w:rsidRPr="00DC2348">
              <w:rPr>
                <w:sz w:val="16"/>
              </w:rPr>
              <w:t>Miejsce montażu</w:t>
            </w:r>
          </w:p>
        </w:tc>
        <w:tc>
          <w:tcPr>
            <w:tcW w:w="1700" w:type="dxa"/>
            <w:vAlign w:val="center"/>
          </w:tcPr>
          <w:p w14:paraId="0A14A5FE" w14:textId="77777777" w:rsidR="003A73F2" w:rsidRPr="00DC2348" w:rsidRDefault="003A73F2">
            <w:r w:rsidRPr="00DC2348">
              <w:rPr>
                <w:sz w:val="16"/>
              </w:rPr>
              <w:t>wewnątrz budynku, w pomieszczeniu zgodnym z wymaganiami ppoż. i dokumentacją projektową</w:t>
            </w:r>
          </w:p>
        </w:tc>
        <w:tc>
          <w:tcPr>
            <w:tcW w:w="1700" w:type="dxa"/>
            <w:vAlign w:val="center"/>
          </w:tcPr>
          <w:p w14:paraId="492874B2" w14:textId="77777777" w:rsidR="003A73F2" w:rsidRPr="00DC2348" w:rsidRDefault="003A73F2"/>
        </w:tc>
        <w:tc>
          <w:tcPr>
            <w:tcW w:w="1700" w:type="dxa"/>
            <w:vAlign w:val="center"/>
          </w:tcPr>
          <w:p w14:paraId="3011B9F1" w14:textId="77777777" w:rsidR="003A73F2" w:rsidRPr="00DC2348" w:rsidRDefault="003A73F2"/>
        </w:tc>
      </w:tr>
    </w:tbl>
    <w:p w14:paraId="167CDEA3" w14:textId="77777777" w:rsidR="00920903" w:rsidRPr="00DC2348" w:rsidRDefault="00000000">
      <w:pPr>
        <w:pStyle w:val="Nagwek1"/>
        <w:rPr>
          <w:color w:val="auto"/>
        </w:rPr>
      </w:pPr>
      <w:r w:rsidRPr="00DC2348">
        <w:rPr>
          <w:color w:val="auto"/>
        </w:rPr>
        <w:t>5. Wymagane załączniki wykonawcy</w:t>
      </w:r>
    </w:p>
    <w:p w14:paraId="4F75E1E4" w14:textId="77777777" w:rsidR="00920903" w:rsidRPr="00DC2348" w:rsidRDefault="00000000">
      <w:pPr>
        <w:pStyle w:val="Listapunktowana"/>
      </w:pPr>
      <w:r w:rsidRPr="00DC2348">
        <w:t>karta katalogowa oferowanych modułów PV, falownika i magazynu energii;</w:t>
      </w:r>
    </w:p>
    <w:p w14:paraId="7867B706" w14:textId="77777777" w:rsidR="00920903" w:rsidRPr="00DC2348" w:rsidRDefault="00000000">
      <w:pPr>
        <w:pStyle w:val="Listapunktowana"/>
      </w:pPr>
      <w:r w:rsidRPr="00DC2348">
        <w:t>certyfikaty i deklaracje zgodności wymagane dla oferowanych urządzeń;</w:t>
      </w:r>
    </w:p>
    <w:p w14:paraId="3DE56128" w14:textId="77777777" w:rsidR="00920903" w:rsidRDefault="00000000">
      <w:pPr>
        <w:pStyle w:val="Listapunktowana"/>
      </w:pPr>
      <w:r w:rsidRPr="00DC2348">
        <w:t xml:space="preserve">raport lub zaświadczenie z </w:t>
      </w:r>
      <w:proofErr w:type="spellStart"/>
      <w:r w:rsidRPr="00DC2348">
        <w:t>testów</w:t>
      </w:r>
      <w:proofErr w:type="spellEnd"/>
      <w:r w:rsidRPr="00DC2348">
        <w:t xml:space="preserve"> </w:t>
      </w:r>
      <w:proofErr w:type="spellStart"/>
      <w:r w:rsidRPr="00DC2348">
        <w:t>elektroluminescencyjnych</w:t>
      </w:r>
      <w:proofErr w:type="spellEnd"/>
      <w:r w:rsidRPr="00DC2348">
        <w:t xml:space="preserve"> </w:t>
      </w:r>
      <w:proofErr w:type="spellStart"/>
      <w:r w:rsidRPr="00DC2348">
        <w:t>modułów</w:t>
      </w:r>
      <w:proofErr w:type="spellEnd"/>
      <w:r w:rsidRPr="00DC2348">
        <w:t xml:space="preserve"> PV;</w:t>
      </w:r>
    </w:p>
    <w:p w14:paraId="2AA69869" w14:textId="4E25DAC6" w:rsidR="003A73F2" w:rsidRPr="00DC2348" w:rsidRDefault="003A73F2" w:rsidP="003A73F2">
      <w:pPr>
        <w:pStyle w:val="Listapunktowana"/>
      </w:pPr>
      <w:proofErr w:type="spellStart"/>
      <w:r w:rsidRPr="00DC2348">
        <w:t>raport</w:t>
      </w:r>
      <w:proofErr w:type="spellEnd"/>
      <w:r w:rsidRPr="00DC2348">
        <w:t xml:space="preserve"> </w:t>
      </w:r>
      <w:proofErr w:type="spellStart"/>
      <w:r w:rsidRPr="00DC2348">
        <w:t>lub</w:t>
      </w:r>
      <w:proofErr w:type="spellEnd"/>
      <w:r w:rsidRPr="00DC2348">
        <w:t xml:space="preserve"> </w:t>
      </w:r>
      <w:proofErr w:type="spellStart"/>
      <w:r w:rsidRPr="00DC2348">
        <w:t>zaświadczenie</w:t>
      </w:r>
      <w:proofErr w:type="spellEnd"/>
      <w:r w:rsidRPr="00DC2348">
        <w:t xml:space="preserve"> z flash-</w:t>
      </w:r>
      <w:proofErr w:type="spellStart"/>
      <w:r w:rsidRPr="00DC2348">
        <w:t>testów</w:t>
      </w:r>
      <w:proofErr w:type="spellEnd"/>
      <w:r w:rsidRPr="00DC2348">
        <w:t xml:space="preserve"> </w:t>
      </w:r>
      <w:proofErr w:type="spellStart"/>
      <w:r w:rsidRPr="00DC2348">
        <w:t>modułów</w:t>
      </w:r>
      <w:proofErr w:type="spellEnd"/>
      <w:r w:rsidRPr="00DC2348">
        <w:t xml:space="preserve"> PV;</w:t>
      </w:r>
    </w:p>
    <w:p w14:paraId="0F1E1F27" w14:textId="77777777" w:rsidR="00920903" w:rsidRPr="00DC2348" w:rsidRDefault="00000000">
      <w:pPr>
        <w:pStyle w:val="Listapunktowana"/>
      </w:pPr>
      <w:proofErr w:type="spellStart"/>
      <w:r w:rsidRPr="00DC2348">
        <w:t>certyfikaty</w:t>
      </w:r>
      <w:proofErr w:type="spellEnd"/>
      <w:r w:rsidRPr="00DC2348">
        <w:t xml:space="preserve"> TÜV </w:t>
      </w:r>
      <w:proofErr w:type="spellStart"/>
      <w:r w:rsidRPr="00DC2348">
        <w:t>oraz</w:t>
      </w:r>
      <w:proofErr w:type="spellEnd"/>
      <w:r w:rsidRPr="00DC2348">
        <w:t xml:space="preserve"> TÜV Anti-PID lub dokumenty równoważne dla modułów PV;</w:t>
      </w:r>
    </w:p>
    <w:p w14:paraId="119DC1E9" w14:textId="77777777" w:rsidR="00920903" w:rsidRPr="00DC2348" w:rsidRDefault="00000000">
      <w:pPr>
        <w:pStyle w:val="Listapunktowana"/>
      </w:pPr>
      <w:r w:rsidRPr="00DC2348">
        <w:t>autoryzacja producenta lub oficjalnego dystrybutora dla falownika i magazynu energii;</w:t>
      </w:r>
    </w:p>
    <w:p w14:paraId="6C24B799" w14:textId="77777777" w:rsidR="00920903" w:rsidRPr="00DC2348" w:rsidRDefault="00000000">
      <w:pPr>
        <w:pStyle w:val="Listapunktowana"/>
      </w:pPr>
      <w:r w:rsidRPr="00DC2348">
        <w:t>projekt rozmieszczenia paneli potwierdzający możliwość wykonania instalacji o mocy 28,00 kWp.</w:t>
      </w:r>
    </w:p>
    <w:sectPr w:rsidR="00920903" w:rsidRPr="00DC234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0D32" w14:textId="77777777" w:rsidR="00323373" w:rsidRDefault="00323373">
      <w:pPr>
        <w:spacing w:after="0" w:line="240" w:lineRule="auto"/>
      </w:pPr>
      <w:r>
        <w:separator/>
      </w:r>
    </w:p>
  </w:endnote>
  <w:endnote w:type="continuationSeparator" w:id="0">
    <w:p w14:paraId="7E1B305B" w14:textId="77777777" w:rsidR="00323373" w:rsidRDefault="0032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D437" w14:textId="77777777" w:rsidR="00920903" w:rsidRDefault="009209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70E8" w14:textId="77777777" w:rsidR="00920903" w:rsidRDefault="00000000">
    <w:pPr>
      <w:pStyle w:val="Stopka"/>
      <w:jc w:val="center"/>
    </w:pPr>
    <w:r>
      <w:t xml:space="preserve">Strona </w:t>
    </w:r>
    <w:r>
      <w:fldChar w:fldCharType="begin"/>
    </w:r>
    <w:r>
      <w:instrText>PAGE</w:instrText>
    </w:r>
    <w:r w:rsidR="00DC2348">
      <w:fldChar w:fldCharType="separate"/>
    </w:r>
    <w:r w:rsidR="00DC234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360A" w14:textId="77777777" w:rsidR="00920903" w:rsidRDefault="00920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6BB96" w14:textId="77777777" w:rsidR="00323373" w:rsidRDefault="00323373">
      <w:pPr>
        <w:spacing w:after="0" w:line="240" w:lineRule="auto"/>
      </w:pPr>
      <w:r>
        <w:separator/>
      </w:r>
    </w:p>
  </w:footnote>
  <w:footnote w:type="continuationSeparator" w:id="0">
    <w:p w14:paraId="14C9C7A0" w14:textId="77777777" w:rsidR="00323373" w:rsidRDefault="00323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D9D8" w14:textId="77777777" w:rsidR="00920903" w:rsidRDefault="009209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6150" w14:textId="77777777" w:rsidR="00920903" w:rsidRDefault="00000000">
    <w:pPr>
      <w:pStyle w:val="Nagwek"/>
      <w:jc w:val="center"/>
    </w:pPr>
    <w:proofErr w:type="spellStart"/>
    <w:r>
      <w:t>Gmina</w:t>
    </w:r>
    <w:proofErr w:type="spellEnd"/>
    <w:r>
      <w:t xml:space="preserve"> Brzostek - </w:t>
    </w:r>
    <w:proofErr w:type="spellStart"/>
    <w:r>
      <w:t>dokumentacja</w:t>
    </w:r>
    <w:proofErr w:type="spellEnd"/>
    <w:r>
      <w:t xml:space="preserve"> </w:t>
    </w:r>
    <w:proofErr w:type="spellStart"/>
    <w:r>
      <w:t>przetargowa</w:t>
    </w:r>
    <w:proofErr w:type="spellEnd"/>
    <w:r>
      <w:t xml:space="preserve"> PV + </w:t>
    </w:r>
    <w:proofErr w:type="spellStart"/>
    <w:r>
      <w:t>magazyn</w:t>
    </w:r>
    <w:proofErr w:type="spellEnd"/>
    <w:r>
      <w:t xml:space="preserve"> </w:t>
    </w:r>
    <w:proofErr w:type="spellStart"/>
    <w:r>
      <w:t>energii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CCD2" w14:textId="77777777" w:rsidR="00920903" w:rsidRDefault="00920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3833251">
    <w:abstractNumId w:val="8"/>
  </w:num>
  <w:num w:numId="2" w16cid:durableId="312414533">
    <w:abstractNumId w:val="6"/>
  </w:num>
  <w:num w:numId="3" w16cid:durableId="1924021978">
    <w:abstractNumId w:val="5"/>
  </w:num>
  <w:num w:numId="4" w16cid:durableId="1243493672">
    <w:abstractNumId w:val="4"/>
  </w:num>
  <w:num w:numId="5" w16cid:durableId="1865752989">
    <w:abstractNumId w:val="7"/>
  </w:num>
  <w:num w:numId="6" w16cid:durableId="919945965">
    <w:abstractNumId w:val="3"/>
  </w:num>
  <w:num w:numId="7" w16cid:durableId="1695959152">
    <w:abstractNumId w:val="2"/>
  </w:num>
  <w:num w:numId="8" w16cid:durableId="1850824913">
    <w:abstractNumId w:val="1"/>
  </w:num>
  <w:num w:numId="9" w16cid:durableId="177281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3373"/>
    <w:rsid w:val="00326F90"/>
    <w:rsid w:val="003A73F2"/>
    <w:rsid w:val="004541B7"/>
    <w:rsid w:val="00920903"/>
    <w:rsid w:val="009A2DBF"/>
    <w:rsid w:val="00AA1D8D"/>
    <w:rsid w:val="00B47730"/>
    <w:rsid w:val="00CB0664"/>
    <w:rsid w:val="00DC23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F76F0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4</cp:revision>
  <dcterms:created xsi:type="dcterms:W3CDTF">2013-12-23T23:15:00Z</dcterms:created>
  <dcterms:modified xsi:type="dcterms:W3CDTF">2026-07-08T15:05:00Z</dcterms:modified>
  <cp:category/>
</cp:coreProperties>
</file>